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E194F9" w14:textId="77777777" w:rsidR="00943598" w:rsidRPr="00A05C06" w:rsidRDefault="00000000">
      <w:pPr>
        <w:spacing w:before="40" w:after="140"/>
        <w:jc w:val="center"/>
        <w:rPr>
          <w:lang w:val="pt-BR"/>
        </w:rPr>
      </w:pPr>
      <w:r w:rsidRPr="00A05C06">
        <w:rPr>
          <w:b/>
          <w:sz w:val="24"/>
          <w:lang w:val="pt-BR"/>
        </w:rPr>
        <w:t>DECLARAÇÃO DO ORIENTADOR - ENTREGA PARCIAL DE TCC (HPX19)</w:t>
      </w:r>
    </w:p>
    <w:p w14:paraId="731CD9B0" w14:textId="3E886422" w:rsidR="00943598" w:rsidRPr="00A05C06" w:rsidRDefault="00000000" w:rsidP="00A05C06">
      <w:pPr>
        <w:spacing w:after="90"/>
        <w:ind w:firstLine="454"/>
        <w:jc w:val="both"/>
        <w:rPr>
          <w:sz w:val="24"/>
          <w:szCs w:val="28"/>
          <w:lang w:val="pt-BR"/>
        </w:rPr>
      </w:pPr>
      <w:r w:rsidRPr="00A05C06">
        <w:rPr>
          <w:sz w:val="24"/>
          <w:szCs w:val="28"/>
          <w:lang w:val="pt-BR"/>
        </w:rPr>
        <w:t>Eu, ________________________________________________________, declaro que sou o(a) professor(a) orientador(a) do Trabalho de Conclusão de Curso do(a) aluno(a) ________________________________________________________, intitulado: “_________________________________________________________________________”.</w:t>
      </w:r>
    </w:p>
    <w:p w14:paraId="34D82ED9" w14:textId="77777777" w:rsidR="00943598" w:rsidRPr="00A05C06" w:rsidRDefault="00000000" w:rsidP="00A05C06">
      <w:pPr>
        <w:spacing w:after="90"/>
        <w:ind w:firstLine="454"/>
        <w:jc w:val="both"/>
        <w:rPr>
          <w:sz w:val="24"/>
          <w:szCs w:val="28"/>
          <w:lang w:val="pt-BR"/>
        </w:rPr>
      </w:pPr>
      <w:r w:rsidRPr="00A05C06">
        <w:rPr>
          <w:sz w:val="24"/>
          <w:szCs w:val="28"/>
          <w:lang w:val="pt-BR"/>
        </w:rPr>
        <w:t>Declaro estar ciente da entrega parcial prevista para a disciplina HPX19, correspondente a 30% da nota final da disciplina, com data de entrega em 25/04/2026, que deverá contemplar, de forma completa, os seguintes itens do trabalho: introdução; objetivo(s) e metodologia do estudo.</w:t>
      </w:r>
    </w:p>
    <w:p w14:paraId="648A02B0" w14:textId="77777777" w:rsidR="00943598" w:rsidRPr="00A05C06" w:rsidRDefault="00000000" w:rsidP="00A05C06">
      <w:pPr>
        <w:spacing w:after="90"/>
        <w:ind w:firstLine="454"/>
        <w:jc w:val="both"/>
        <w:rPr>
          <w:sz w:val="24"/>
          <w:szCs w:val="28"/>
          <w:lang w:val="pt-BR"/>
        </w:rPr>
      </w:pPr>
      <w:r w:rsidRPr="00A05C06">
        <w:rPr>
          <w:sz w:val="24"/>
          <w:szCs w:val="28"/>
          <w:lang w:val="pt-BR"/>
        </w:rPr>
        <w:t>Declaro ainda que estou de acordo com o material apresentado pelo(a) estudante para essa entrega parcial, o qual me foi submetido pela última vez em ___ /___/____.</w:t>
      </w:r>
    </w:p>
    <w:p w14:paraId="1D95FB32" w14:textId="77777777" w:rsidR="00943598" w:rsidRPr="00A05C06" w:rsidRDefault="00000000" w:rsidP="00A05C06">
      <w:pPr>
        <w:spacing w:after="90"/>
        <w:ind w:firstLine="454"/>
        <w:jc w:val="both"/>
        <w:rPr>
          <w:sz w:val="24"/>
          <w:szCs w:val="28"/>
          <w:lang w:val="pt-BR"/>
        </w:rPr>
      </w:pPr>
      <w:r w:rsidRPr="00A05C06">
        <w:rPr>
          <w:sz w:val="24"/>
          <w:szCs w:val="28"/>
          <w:lang w:val="pt-BR"/>
        </w:rPr>
        <w:t>Também declaro estar ciente da entrega final prevista para a disciplina, com data em 25/05/2026, a qual deverá complementar a entrega parcial e incluir a revisão bibliográfica, também correspondente a 30% da nota final da disciplina.</w:t>
      </w:r>
    </w:p>
    <w:p w14:paraId="1DD27E2A" w14:textId="77777777" w:rsidR="00943598" w:rsidRPr="00A05C06" w:rsidRDefault="00000000" w:rsidP="00A05C06">
      <w:pPr>
        <w:spacing w:after="90"/>
        <w:ind w:firstLine="454"/>
        <w:jc w:val="both"/>
        <w:rPr>
          <w:sz w:val="24"/>
          <w:szCs w:val="28"/>
          <w:lang w:val="pt-BR"/>
        </w:rPr>
      </w:pPr>
      <w:r w:rsidRPr="00A05C06">
        <w:rPr>
          <w:sz w:val="24"/>
          <w:szCs w:val="28"/>
          <w:lang w:val="pt-BR"/>
        </w:rPr>
        <w:t>Por fim, declaro estar ciente de que o(a) aluno(a) deverá apresentar o trabalho desenvolvido ao longo do semestre, bem como indicar os próximos passos da pesquisa, incluindo os resultados e atividades a serem desenvolvidos na disciplina HPX20, no 2º semestre de 2026.</w:t>
      </w:r>
    </w:p>
    <w:p w14:paraId="2F3ED24C" w14:textId="77777777" w:rsidR="00943598" w:rsidRPr="00A05C06" w:rsidRDefault="00000000" w:rsidP="00A05C06">
      <w:pPr>
        <w:spacing w:before="80" w:after="40"/>
        <w:rPr>
          <w:sz w:val="24"/>
          <w:szCs w:val="28"/>
          <w:lang w:val="pt-BR"/>
        </w:rPr>
      </w:pPr>
      <w:r w:rsidRPr="00A05C06">
        <w:rPr>
          <w:b/>
          <w:sz w:val="24"/>
          <w:szCs w:val="28"/>
          <w:lang w:val="pt-BR"/>
        </w:rPr>
        <w:t>Observações adicionais do orientador (se necessário):</w:t>
      </w:r>
    </w:p>
    <w:p w14:paraId="18167A90" w14:textId="77777777" w:rsidR="00943598" w:rsidRDefault="00000000">
      <w:pPr>
        <w:spacing w:after="20"/>
      </w:pPr>
      <w:r>
        <w:rPr>
          <w:sz w:val="19"/>
        </w:rPr>
        <w:t>________________________________________________________________________________</w:t>
      </w:r>
    </w:p>
    <w:p w14:paraId="3168AEB2" w14:textId="77777777" w:rsidR="00943598" w:rsidRDefault="00000000">
      <w:pPr>
        <w:spacing w:after="20"/>
        <w:rPr>
          <w:sz w:val="19"/>
        </w:rPr>
      </w:pPr>
      <w:r>
        <w:rPr>
          <w:sz w:val="19"/>
        </w:rPr>
        <w:t>________________________________________________________________________________</w:t>
      </w:r>
    </w:p>
    <w:p w14:paraId="01A5C52A" w14:textId="77777777" w:rsidR="00A05C06" w:rsidRDefault="00A05C06" w:rsidP="00A05C06">
      <w:pPr>
        <w:spacing w:after="20"/>
      </w:pPr>
      <w:r>
        <w:rPr>
          <w:sz w:val="19"/>
        </w:rPr>
        <w:t>________________________________________________________________________________</w:t>
      </w:r>
    </w:p>
    <w:p w14:paraId="4F8999EC" w14:textId="77777777" w:rsidR="00A05C06" w:rsidRDefault="00A05C06" w:rsidP="00A05C06">
      <w:pPr>
        <w:spacing w:after="20"/>
        <w:rPr>
          <w:sz w:val="19"/>
        </w:rPr>
      </w:pPr>
      <w:r>
        <w:rPr>
          <w:sz w:val="19"/>
        </w:rPr>
        <w:t>________________________________________________________________________________</w:t>
      </w:r>
    </w:p>
    <w:p w14:paraId="6CE2DF61" w14:textId="77777777" w:rsidR="00A05C06" w:rsidRDefault="00A05C06" w:rsidP="00A05C06">
      <w:pPr>
        <w:spacing w:after="20"/>
      </w:pPr>
      <w:r>
        <w:rPr>
          <w:sz w:val="19"/>
        </w:rPr>
        <w:t>________________________________________________________________________________</w:t>
      </w:r>
    </w:p>
    <w:p w14:paraId="56A08014" w14:textId="77777777" w:rsidR="00A05C06" w:rsidRDefault="00A05C06" w:rsidP="00A05C06">
      <w:pPr>
        <w:spacing w:after="20"/>
        <w:rPr>
          <w:sz w:val="19"/>
        </w:rPr>
      </w:pPr>
      <w:r>
        <w:rPr>
          <w:sz w:val="19"/>
        </w:rPr>
        <w:t>________________________________________________________________________________</w:t>
      </w:r>
    </w:p>
    <w:p w14:paraId="665E5236" w14:textId="77777777" w:rsidR="00A05C06" w:rsidRDefault="00A05C06" w:rsidP="00A05C06">
      <w:pPr>
        <w:spacing w:after="20"/>
      </w:pPr>
      <w:r>
        <w:rPr>
          <w:sz w:val="19"/>
        </w:rPr>
        <w:t>________________________________________________________________________________</w:t>
      </w:r>
    </w:p>
    <w:p w14:paraId="4B84BE61" w14:textId="77777777" w:rsidR="00A05C06" w:rsidRDefault="00A05C06" w:rsidP="00A05C06">
      <w:pPr>
        <w:spacing w:after="20"/>
        <w:rPr>
          <w:sz w:val="19"/>
        </w:rPr>
      </w:pPr>
      <w:r>
        <w:rPr>
          <w:sz w:val="19"/>
        </w:rPr>
        <w:t>________________________________________________________________________________</w:t>
      </w:r>
    </w:p>
    <w:p w14:paraId="39EAE3CD" w14:textId="77777777" w:rsidR="00A05C06" w:rsidRDefault="00A05C06">
      <w:pPr>
        <w:spacing w:after="20"/>
      </w:pPr>
    </w:p>
    <w:p w14:paraId="30CA3D2D" w14:textId="77777777" w:rsidR="00A05C06" w:rsidRDefault="00A05C06">
      <w:pPr>
        <w:spacing w:after="20"/>
      </w:pPr>
    </w:p>
    <w:p w14:paraId="799B225C" w14:textId="77777777" w:rsidR="00A05C06" w:rsidRDefault="00A05C06">
      <w:pPr>
        <w:spacing w:after="20"/>
      </w:pPr>
    </w:p>
    <w:p w14:paraId="4F2D3C68" w14:textId="77777777" w:rsidR="00A05C06" w:rsidRDefault="00A05C06">
      <w:pPr>
        <w:spacing w:after="20"/>
      </w:pPr>
    </w:p>
    <w:p w14:paraId="7F9B01C0" w14:textId="77777777" w:rsidR="00A05C06" w:rsidRDefault="00A05C06">
      <w:pPr>
        <w:spacing w:after="20"/>
      </w:pPr>
    </w:p>
    <w:p w14:paraId="0C5A58F9" w14:textId="77777777" w:rsidR="00A05C06" w:rsidRDefault="00A05C06">
      <w:pPr>
        <w:spacing w:after="20"/>
      </w:pPr>
    </w:p>
    <w:p w14:paraId="1802A7FA" w14:textId="77777777" w:rsidR="00943598" w:rsidRDefault="00943598"/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195"/>
        <w:gridCol w:w="4195"/>
      </w:tblGrid>
      <w:tr w:rsidR="00943598" w14:paraId="5424DA90" w14:textId="77777777">
        <w:trPr>
          <w:jc w:val="center"/>
        </w:trPr>
        <w:tc>
          <w:tcPr>
            <w:tcW w:w="41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F2D5F9" w14:textId="0E533B34" w:rsidR="00943598" w:rsidRDefault="00000000">
            <w:pPr>
              <w:jc w:val="center"/>
            </w:pPr>
            <w:r>
              <w:t>___________________________________</w:t>
            </w:r>
          </w:p>
        </w:tc>
        <w:tc>
          <w:tcPr>
            <w:tcW w:w="41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07751E" w14:textId="70692F94" w:rsidR="00943598" w:rsidRDefault="00000000">
            <w:pPr>
              <w:jc w:val="center"/>
            </w:pPr>
            <w:r>
              <w:t>___________________________________</w:t>
            </w:r>
          </w:p>
        </w:tc>
      </w:tr>
      <w:tr w:rsidR="00943598" w:rsidRPr="00A05C06" w14:paraId="3C0F9686" w14:textId="77777777">
        <w:trPr>
          <w:jc w:val="center"/>
        </w:trPr>
        <w:tc>
          <w:tcPr>
            <w:tcW w:w="41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E197E9" w14:textId="77777777" w:rsidR="00943598" w:rsidRPr="00A05C06" w:rsidRDefault="00000000">
            <w:pPr>
              <w:jc w:val="center"/>
              <w:rPr>
                <w:lang w:val="pt-BR"/>
              </w:rPr>
            </w:pPr>
            <w:r w:rsidRPr="00A05C06">
              <w:rPr>
                <w:sz w:val="18"/>
                <w:lang w:val="pt-BR"/>
              </w:rPr>
              <w:t>Assinatura eletrônica GOV do(a) orientador(a)</w:t>
            </w:r>
          </w:p>
        </w:tc>
        <w:tc>
          <w:tcPr>
            <w:tcW w:w="41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8D9810" w14:textId="77777777" w:rsidR="00943598" w:rsidRPr="00A05C06" w:rsidRDefault="00000000">
            <w:pPr>
              <w:jc w:val="center"/>
              <w:rPr>
                <w:lang w:val="pt-BR"/>
              </w:rPr>
            </w:pPr>
            <w:r w:rsidRPr="00A05C06">
              <w:rPr>
                <w:sz w:val="18"/>
                <w:lang w:val="pt-BR"/>
              </w:rPr>
              <w:t>Assinatura eletrônica GOV do(a) aluno(a)</w:t>
            </w:r>
          </w:p>
        </w:tc>
      </w:tr>
    </w:tbl>
    <w:p w14:paraId="3D0E5E22" w14:textId="77777777" w:rsidR="00B275B9" w:rsidRPr="00A05C06" w:rsidRDefault="00B275B9">
      <w:pPr>
        <w:rPr>
          <w:lang w:val="pt-BR"/>
        </w:rPr>
      </w:pPr>
    </w:p>
    <w:sectPr w:rsidR="00B275B9" w:rsidRPr="00A05C06" w:rsidSect="00034616">
      <w:headerReference w:type="default" r:id="rId8"/>
      <w:footerReference w:type="default" r:id="rId9"/>
      <w:pgSz w:w="12240" w:h="15840"/>
      <w:pgMar w:top="907" w:right="1134" w:bottom="794" w:left="1134" w:header="283" w:footer="340" w:gutter="0"/>
      <w:pgBorders w:offsetFrom="page">
        <w:top w:val="single" w:sz="8" w:space="18" w:color="B7C9B0"/>
        <w:left w:val="single" w:sz="8" w:space="18" w:color="B7C9B0"/>
        <w:bottom w:val="single" w:sz="8" w:space="18" w:color="B7C9B0"/>
        <w:right w:val="single" w:sz="8" w:space="18" w:color="B7C9B0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CFD868" w14:textId="77777777" w:rsidR="00B275B9" w:rsidRDefault="00B275B9">
      <w:pPr>
        <w:spacing w:after="0" w:line="240" w:lineRule="auto"/>
      </w:pPr>
      <w:r>
        <w:separator/>
      </w:r>
    </w:p>
  </w:endnote>
  <w:endnote w:type="continuationSeparator" w:id="0">
    <w:p w14:paraId="6251D8DB" w14:textId="77777777" w:rsidR="00B275B9" w:rsidRDefault="00B275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D753D" w14:textId="2364D8E0" w:rsidR="00943598" w:rsidRPr="00A05C06" w:rsidRDefault="00943598">
    <w:pPr>
      <w:pStyle w:val="Rodap"/>
      <w:jc w:val="center"/>
      <w:rPr>
        <w:lang w:val="pt-B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18B2AE" w14:textId="77777777" w:rsidR="00B275B9" w:rsidRDefault="00B275B9">
      <w:pPr>
        <w:spacing w:after="0" w:line="240" w:lineRule="auto"/>
      </w:pPr>
      <w:r>
        <w:separator/>
      </w:r>
    </w:p>
  </w:footnote>
  <w:footnote w:type="continuationSeparator" w:id="0">
    <w:p w14:paraId="66B9473A" w14:textId="77777777" w:rsidR="00B275B9" w:rsidRDefault="00B275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27752E" w14:textId="77777777" w:rsidR="00943598" w:rsidRDefault="00943598">
    <w:pPr>
      <w:pStyle w:val="Cabealho"/>
    </w:pPr>
  </w:p>
  <w:tbl>
    <w:tblPr>
      <w:tblW w:w="0" w:type="auto"/>
      <w:jc w:val="center"/>
      <w:tblLayout w:type="fixed"/>
      <w:tblLook w:val="04A0" w:firstRow="1" w:lastRow="0" w:firstColumn="1" w:lastColumn="0" w:noHBand="0" w:noVBand="1"/>
    </w:tblPr>
    <w:tblGrid>
      <w:gridCol w:w="1474"/>
      <w:gridCol w:w="8164"/>
    </w:tblGrid>
    <w:tr w:rsidR="00943598" w:rsidRPr="00A05C06" w14:paraId="1754D064" w14:textId="77777777">
      <w:trPr>
        <w:jc w:val="center"/>
      </w:trPr>
      <w:tc>
        <w:tcPr>
          <w:tcW w:w="1474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02C711C6" w14:textId="77777777" w:rsidR="00943598" w:rsidRDefault="00000000">
          <w:r>
            <w:rPr>
              <w:noProof/>
            </w:rPr>
            <w:drawing>
              <wp:inline distT="0" distB="0" distL="0" distR="0" wp14:anchorId="751B64BD" wp14:editId="36F4A9A3">
                <wp:extent cx="594286" cy="72000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fsp_logo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4286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164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2A0184EA" w14:textId="744CF292" w:rsidR="00943598" w:rsidRPr="00A05C06" w:rsidRDefault="00000000">
          <w:pPr>
            <w:rPr>
              <w:lang w:val="pt-BR"/>
            </w:rPr>
          </w:pPr>
          <w:r w:rsidRPr="00A05C06">
            <w:rPr>
              <w:b/>
              <w:color w:val="141414"/>
              <w:lang w:val="pt-BR"/>
            </w:rPr>
            <w:t>INSTITUTO FEDERAL DE EDUCAÇÃO, CIÊNCIA E TECNOLOGIA DE SÃO PAULO</w:t>
          </w:r>
          <w:r w:rsidRPr="00A05C06">
            <w:rPr>
              <w:color w:val="464646"/>
              <w:sz w:val="18"/>
              <w:lang w:val="pt-BR"/>
            </w:rPr>
            <w:br/>
            <w:t>Campus</w:t>
          </w:r>
          <w:r w:rsidR="00A05C06">
            <w:rPr>
              <w:color w:val="464646"/>
              <w:sz w:val="18"/>
              <w:lang w:val="pt-BR"/>
            </w:rPr>
            <w:t xml:space="preserve"> São Paulo – Engenharia Civil 9º Semestre -</w:t>
          </w:r>
          <w:r w:rsidRPr="00A05C06">
            <w:rPr>
              <w:color w:val="464646"/>
              <w:sz w:val="18"/>
              <w:lang w:val="pt-BR"/>
            </w:rPr>
            <w:t xml:space="preserve"> HPX19 </w:t>
          </w:r>
        </w:p>
      </w:tc>
    </w:tr>
  </w:tbl>
  <w:p w14:paraId="2BCB4C78" w14:textId="77777777" w:rsidR="00943598" w:rsidRPr="00A05C06" w:rsidRDefault="00943598">
    <w:pPr>
      <w:pBdr>
        <w:bottom w:val="single" w:sz="12" w:space="1" w:color="2E7D32"/>
      </w:pBdr>
      <w:spacing w:before="40" w:after="0"/>
      <w:rPr>
        <w:lang w:val="pt-B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ad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ad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Commarcador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Commarcador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69902696">
    <w:abstractNumId w:val="8"/>
  </w:num>
  <w:num w:numId="2" w16cid:durableId="697193627">
    <w:abstractNumId w:val="6"/>
  </w:num>
  <w:num w:numId="3" w16cid:durableId="786005695">
    <w:abstractNumId w:val="5"/>
  </w:num>
  <w:num w:numId="4" w16cid:durableId="189685376">
    <w:abstractNumId w:val="4"/>
  </w:num>
  <w:num w:numId="5" w16cid:durableId="1656569119">
    <w:abstractNumId w:val="7"/>
  </w:num>
  <w:num w:numId="6" w16cid:durableId="1231230949">
    <w:abstractNumId w:val="3"/>
  </w:num>
  <w:num w:numId="7" w16cid:durableId="462769678">
    <w:abstractNumId w:val="2"/>
  </w:num>
  <w:num w:numId="8" w16cid:durableId="1700426877">
    <w:abstractNumId w:val="1"/>
  </w:num>
  <w:num w:numId="9" w16cid:durableId="5077170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800C3A"/>
    <w:rsid w:val="00943598"/>
    <w:rsid w:val="00A05C06"/>
    <w:rsid w:val="00AA1D8D"/>
    <w:rsid w:val="00B275B9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B2D0759"/>
  <w14:defaultImageDpi w14:val="300"/>
  <w15:docId w15:val="{A238EA07-15A6-4EAA-897D-B73893C02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eastAsia="Arial" w:hAnsi="Arial"/>
      <w:sz w:val="20"/>
    </w:rPr>
  </w:style>
  <w:style w:type="paragraph" w:styleId="Ttulo1">
    <w:name w:val="heading 1"/>
    <w:basedOn w:val="Normal"/>
    <w:next w:val="Normal"/>
    <w:link w:val="Ttulo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618BF"/>
  </w:style>
  <w:style w:type="paragraph" w:styleId="Rodap">
    <w:name w:val="footer"/>
    <w:basedOn w:val="Normal"/>
    <w:link w:val="Rodap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618BF"/>
  </w:style>
  <w:style w:type="paragraph" w:styleId="SemEspaament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unhideWhenUsed/>
    <w:rsid w:val="00AA1D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AA1D8D"/>
  </w:style>
  <w:style w:type="paragraph" w:styleId="Corpodetexto2">
    <w:name w:val="Body Text 2"/>
    <w:basedOn w:val="Normal"/>
    <w:link w:val="Corpodetexto2Char"/>
    <w:uiPriority w:val="99"/>
    <w:unhideWhenUsed/>
    <w:rsid w:val="00AA1D8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AA1D8D"/>
  </w:style>
  <w:style w:type="paragraph" w:styleId="Corpodetexto3">
    <w:name w:val="Body Text 3"/>
    <w:basedOn w:val="Normal"/>
    <w:link w:val="Corpodetexto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Commarcador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Commarcador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Commarcador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Numerada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Numerada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Numerada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adecontinuao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adecontinuao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adecontinuao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demacro">
    <w:name w:val="macro"/>
    <w:link w:val="Textodemacro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demacroChar">
    <w:name w:val="Texto de macro Char"/>
    <w:basedOn w:val="Fontepargpadro"/>
    <w:link w:val="Textodemacro"/>
    <w:uiPriority w:val="99"/>
    <w:rsid w:val="0029639D"/>
    <w:rPr>
      <w:rFonts w:ascii="Courier" w:hAnsi="Courier"/>
      <w:sz w:val="20"/>
      <w:szCs w:val="20"/>
    </w:rPr>
  </w:style>
  <w:style w:type="paragraph" w:styleId="Citao">
    <w:name w:val="Quote"/>
    <w:basedOn w:val="Normal"/>
    <w:next w:val="Normal"/>
    <w:link w:val="CitaoChar"/>
    <w:uiPriority w:val="29"/>
    <w:qFormat/>
    <w:rsid w:val="00FC693F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FC693F"/>
    <w:rPr>
      <w:i/>
      <w:iCs/>
      <w:color w:val="000000" w:themeColor="text1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orte">
    <w:name w:val="Strong"/>
    <w:basedOn w:val="Fontepargpadro"/>
    <w:uiPriority w:val="22"/>
    <w:qFormat/>
    <w:rsid w:val="00FC693F"/>
    <w:rPr>
      <w:b/>
      <w:bCs/>
    </w:rPr>
  </w:style>
  <w:style w:type="character" w:styleId="nfase">
    <w:name w:val="Emphasis"/>
    <w:basedOn w:val="Fontepargpadro"/>
    <w:uiPriority w:val="20"/>
    <w:qFormat/>
    <w:rsid w:val="00FC693F"/>
    <w:rPr>
      <w:i/>
      <w:iCs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C693F"/>
    <w:rPr>
      <w:b/>
      <w:bCs/>
      <w:i/>
      <w:iCs/>
      <w:color w:val="4F81BD" w:themeColor="accent1"/>
    </w:rPr>
  </w:style>
  <w:style w:type="character" w:styleId="nfaseSutil">
    <w:name w:val="Subtle Emphasis"/>
    <w:basedOn w:val="Fontepargpadro"/>
    <w:uiPriority w:val="19"/>
    <w:qFormat/>
    <w:rsid w:val="00FC693F"/>
    <w:rPr>
      <w:i/>
      <w:iCs/>
      <w:color w:val="808080" w:themeColor="text1" w:themeTint="7F"/>
    </w:rPr>
  </w:style>
  <w:style w:type="character" w:styleId="nfaseIntensa">
    <w:name w:val="Intense Emphasis"/>
    <w:basedOn w:val="Fontepargpadro"/>
    <w:uiPriority w:val="21"/>
    <w:qFormat/>
    <w:rsid w:val="00FC693F"/>
    <w:rPr>
      <w:b/>
      <w:bCs/>
      <w:i/>
      <w:iCs/>
      <w:color w:val="4F81BD" w:themeColor="accent1"/>
    </w:rPr>
  </w:style>
  <w:style w:type="character" w:styleId="RefernciaSutil">
    <w:name w:val="Subtle Reference"/>
    <w:basedOn w:val="Fontepargpadro"/>
    <w:uiPriority w:val="31"/>
    <w:qFormat/>
    <w:rsid w:val="00FC693F"/>
    <w:rPr>
      <w:smallCaps/>
      <w:color w:val="C0504D" w:themeColor="accent2"/>
      <w:u w:val="single"/>
    </w:rPr>
  </w:style>
  <w:style w:type="character" w:styleId="RefernciaIntensa">
    <w:name w:val="Intense Reference"/>
    <w:basedOn w:val="Fontepargpadr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Fontepargpadro"/>
    <w:uiPriority w:val="33"/>
    <w:qFormat/>
    <w:rsid w:val="00FC693F"/>
    <w:rPr>
      <w:b/>
      <w:bCs/>
      <w:smallCaps/>
      <w:spacing w:val="5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elacomgrade">
    <w:name w:val="Table Grid"/>
    <w:basedOn w:val="Tabe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mentoClaro">
    <w:name w:val="Light Shading"/>
    <w:basedOn w:val="Tabe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mentoClaro-nfase1">
    <w:name w:val="Light Shading Accent 1"/>
    <w:basedOn w:val="Tabe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mentoClaro-nfase2">
    <w:name w:val="Light Shading Accent 2"/>
    <w:basedOn w:val="Tabe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mentoClaro-nfase3">
    <w:name w:val="Light Shading Accent 3"/>
    <w:basedOn w:val="Tabe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mentoClaro-nfase4">
    <w:name w:val="Light Shading Accent 4"/>
    <w:basedOn w:val="Tabe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mentoClaro-nfase5">
    <w:name w:val="Light Shading Accent 5"/>
    <w:basedOn w:val="Tabe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mentoClaro-nfase6">
    <w:name w:val="Light Shading Accent 6"/>
    <w:basedOn w:val="Tabe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1">
    <w:name w:val="Light List Accent 1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e2">
    <w:name w:val="Light List Accent 2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e3">
    <w:name w:val="Light List Accent 3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e4">
    <w:name w:val="Light List Accent 4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e5">
    <w:name w:val="Light List Accent 5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e6">
    <w:name w:val="Light List Accent 6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adeClara">
    <w:name w:val="Light Grid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adeClara-nfase1">
    <w:name w:val="Light Grid Accent 1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adeClara-nfase2">
    <w:name w:val="Light Grid Accent 2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adeClara-nfase3">
    <w:name w:val="Light Grid Accent 3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adeClara-nfase4">
    <w:name w:val="Light Grid Accent 4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adeClara-nfase5">
    <w:name w:val="Light Grid Accent 5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adeClara-nfase6">
    <w:name w:val="Light Grid Accent 6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mentoMdio1">
    <w:name w:val="Medium Shading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1">
    <w:name w:val="Medium Shading 1 Accent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2">
    <w:name w:val="Medium Shading 1 Accent 2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3">
    <w:name w:val="Medium Shading 1 Accent 3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4">
    <w:name w:val="Medium Shading 1 Accent 4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5">
    <w:name w:val="Medium Shading 1 Accent 5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6">
    <w:name w:val="Medium Shading 1 Accent 6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2">
    <w:name w:val="Medium Shading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1">
    <w:name w:val="Medium Shading 2 Accent 1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2">
    <w:name w:val="Medium Shading 2 Accent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3">
    <w:name w:val="Medium Shading 2 Accent 3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4">
    <w:name w:val="Medium Shading 2 Accent 4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5">
    <w:name w:val="Medium Shading 2 Accent 5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6">
    <w:name w:val="Medium Shading 2 Accent 6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dia1">
    <w:name w:val="Medium Lis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dia1-nfase1">
    <w:name w:val="Medium List 1 Accen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dia1-nfase2">
    <w:name w:val="Medium List 1 Accent 2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dia1-nfase3">
    <w:name w:val="Medium List 1 Accent 3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dia1-nfase4">
    <w:name w:val="Medium List 1 Accent 4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dia1-nfase5">
    <w:name w:val="Medium List 1 Accent 5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dia1-nfase6">
    <w:name w:val="Medium List 1 Accent 6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dia2">
    <w:name w:val="Medium Lis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1">
    <w:name w:val="Medium List 2 Accent 1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2">
    <w:name w:val="Medium List 2 Accen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3">
    <w:name w:val="Medium List 2 Accent 3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4">
    <w:name w:val="Medium List 2 Accent 4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5">
    <w:name w:val="Medium List 2 Accent 5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6">
    <w:name w:val="Medium List 2 Accent 6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adeMdia1">
    <w:name w:val="Medium Grid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Mdia1-nfase1">
    <w:name w:val="Medium Grid 1 Accent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Mdia1-nfase2">
    <w:name w:val="Medium Grid 1 Accent 2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Mdia1-nfase3">
    <w:name w:val="Medium Grid 1 Accent 3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Mdia1-nfase4">
    <w:name w:val="Medium Grid 1 Accent 4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Mdia1-nfase5">
    <w:name w:val="Medium Grid 1 Accent 5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Mdia1-nfase6">
    <w:name w:val="Medium Grid 1 Accent 6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adeMdia2">
    <w:name w:val="Medium Grid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1">
    <w:name w:val="Medium Grid 2 Accent 1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2">
    <w:name w:val="Medium Grid 2 Accent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3">
    <w:name w:val="Medium Grid 2 Accent 3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4">
    <w:name w:val="Medium Grid 2 Accent 4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5">
    <w:name w:val="Medium Grid 2 Accent 5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6">
    <w:name w:val="Medium Grid 2 Accent 6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3">
    <w:name w:val="Medium Grid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adeMdia3-nfase1">
    <w:name w:val="Medium Grid 3 Accent 1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adeMdia3-nfase2">
    <w:name w:val="Medium Grid 3 Accent 2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adeMdia3-nfase3">
    <w:name w:val="Medium Grid 3 Accent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adeMdia3-nfase4">
    <w:name w:val="Medium Grid 3 Accent 4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adeMdia3-nfase5">
    <w:name w:val="Medium Grid 3 Accent 5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adeMdia3-nfase6">
    <w:name w:val="Medium Grid 3 Accent 6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Escura">
    <w:name w:val="Dark List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Escura-nfase1">
    <w:name w:val="Dark List Accent 1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Escura-nfase2">
    <w:name w:val="Dark List Accent 2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Escura-nfase3">
    <w:name w:val="Dark List Accent 3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Escura-nfase4">
    <w:name w:val="Dark List Accent 4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Escura-nfase5">
    <w:name w:val="Dark List Accent 5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Escura-nfase6">
    <w:name w:val="Dark List Accent 6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mentoColorido">
    <w:name w:val="Colorful Shading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Escuro-nfase1">
    <w:name w:val="Colorful Shading Accent 1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2">
    <w:name w:val="Colorful Shading Accent 2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3">
    <w:name w:val="Colorful Shading Accent 3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mentoColorido-nfase4">
    <w:name w:val="Colorful Shading Accent 4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5">
    <w:name w:val="Colorful Shading Accent 5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6">
    <w:name w:val="Colorful Shading Accent 6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Colorida">
    <w:name w:val="Colorful List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Colorida-nfase1">
    <w:name w:val="Colorful List Accent 1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Colorida-nfase2">
    <w:name w:val="Colorful List Accent 2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Colorida-nfase3">
    <w:name w:val="Colorful List Accent 3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Colorida-nfase4">
    <w:name w:val="Colorful List Accent 4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Colorida-nfase5">
    <w:name w:val="Colorful List Accent 5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Colorida-nfase6">
    <w:name w:val="Colorful List Accent 6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adeColorida">
    <w:name w:val="Colorful Grid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Colorida-nfase1">
    <w:name w:val="Colorful Grid Accent 1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Colorida-nfase2">
    <w:name w:val="Colorful Grid Accent 2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Colorida-nfase3">
    <w:name w:val="Colorful Grid Accent 3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Colorida-nfase4">
    <w:name w:val="Colorful Grid Accent 4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Colorida-nfase5">
    <w:name w:val="Colorful Grid Accent 5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Colorida-nfase6">
    <w:name w:val="Colorful Grid Accent 6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341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2179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Leonardo Camara Machado</cp:lastModifiedBy>
  <cp:revision>2</cp:revision>
  <dcterms:created xsi:type="dcterms:W3CDTF">2013-12-23T23:15:00Z</dcterms:created>
  <dcterms:modified xsi:type="dcterms:W3CDTF">2026-04-02T21:43:00Z</dcterms:modified>
  <cp:category/>
</cp:coreProperties>
</file>