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E1A58" w14:textId="77777777" w:rsidR="00FD0831" w:rsidRPr="005017D2" w:rsidRDefault="00000000">
      <w:pPr>
        <w:jc w:val="center"/>
        <w:rPr>
          <w:lang w:val="pt-BR"/>
        </w:rPr>
      </w:pPr>
      <w:r w:rsidRPr="005017D2">
        <w:rPr>
          <w:sz w:val="28"/>
          <w:lang w:val="pt-BR"/>
        </w:rPr>
        <w:t>INSTITUTO FEDERAL DE SÃO PAULO</w:t>
      </w:r>
    </w:p>
    <w:p w14:paraId="5DD585EC" w14:textId="77777777" w:rsidR="00FD0831" w:rsidRPr="005017D2" w:rsidRDefault="00FD0831">
      <w:pPr>
        <w:rPr>
          <w:lang w:val="pt-BR"/>
        </w:rPr>
      </w:pPr>
    </w:p>
    <w:p w14:paraId="637F9469" w14:textId="77777777" w:rsidR="00FD0831" w:rsidRPr="005017D2" w:rsidRDefault="00FD0831">
      <w:pPr>
        <w:rPr>
          <w:lang w:val="pt-BR"/>
        </w:rPr>
      </w:pPr>
    </w:p>
    <w:p w14:paraId="306D6CA4" w14:textId="77777777" w:rsidR="00FD0831" w:rsidRPr="005017D2" w:rsidRDefault="00FD0831">
      <w:pPr>
        <w:rPr>
          <w:lang w:val="pt-BR"/>
        </w:rPr>
      </w:pPr>
    </w:p>
    <w:p w14:paraId="70EDAA04" w14:textId="77777777" w:rsidR="00FD0831" w:rsidRPr="005017D2" w:rsidRDefault="00FD0831">
      <w:pPr>
        <w:rPr>
          <w:lang w:val="pt-BR"/>
        </w:rPr>
      </w:pPr>
    </w:p>
    <w:p w14:paraId="68A03E82" w14:textId="77777777" w:rsidR="00FD0831" w:rsidRPr="005017D2" w:rsidRDefault="00000000">
      <w:pPr>
        <w:jc w:val="center"/>
        <w:rPr>
          <w:lang w:val="pt-BR"/>
        </w:rPr>
      </w:pPr>
      <w:r w:rsidRPr="005017D2">
        <w:rPr>
          <w:lang w:val="pt-BR"/>
        </w:rPr>
        <w:t>AUTOR 01</w:t>
      </w:r>
      <w:r w:rsidRPr="005017D2">
        <w:rPr>
          <w:lang w:val="pt-BR"/>
        </w:rPr>
        <w:br/>
        <w:t>AUTOR 02</w:t>
      </w:r>
      <w:r w:rsidRPr="005017D2">
        <w:rPr>
          <w:lang w:val="pt-BR"/>
        </w:rPr>
        <w:br/>
        <w:t>AUTOR 03</w:t>
      </w:r>
      <w:r w:rsidRPr="005017D2">
        <w:rPr>
          <w:lang w:val="pt-BR"/>
        </w:rPr>
        <w:br/>
        <w:t>AUTOR 04</w:t>
      </w:r>
    </w:p>
    <w:p w14:paraId="668AE029" w14:textId="77777777" w:rsidR="00FD0831" w:rsidRPr="005017D2" w:rsidRDefault="00FD0831">
      <w:pPr>
        <w:rPr>
          <w:lang w:val="pt-BR"/>
        </w:rPr>
      </w:pPr>
    </w:p>
    <w:p w14:paraId="78C6640D" w14:textId="77777777" w:rsidR="00FD0831" w:rsidRPr="005017D2" w:rsidRDefault="00FD0831">
      <w:pPr>
        <w:rPr>
          <w:lang w:val="pt-BR"/>
        </w:rPr>
      </w:pPr>
    </w:p>
    <w:p w14:paraId="6DF93AC9" w14:textId="77777777" w:rsidR="00FD0831" w:rsidRPr="005017D2" w:rsidRDefault="00FD0831">
      <w:pPr>
        <w:rPr>
          <w:lang w:val="pt-BR"/>
        </w:rPr>
      </w:pPr>
    </w:p>
    <w:p w14:paraId="0D5118CC" w14:textId="77777777" w:rsidR="00FD0831" w:rsidRPr="005017D2" w:rsidRDefault="00FD0831">
      <w:pPr>
        <w:rPr>
          <w:lang w:val="pt-BR"/>
        </w:rPr>
      </w:pPr>
    </w:p>
    <w:p w14:paraId="7B31139C" w14:textId="77777777" w:rsidR="00FD0831" w:rsidRPr="005017D2" w:rsidRDefault="00FD0831">
      <w:pPr>
        <w:rPr>
          <w:lang w:val="pt-BR"/>
        </w:rPr>
      </w:pPr>
    </w:p>
    <w:p w14:paraId="24CA4F25" w14:textId="77777777" w:rsidR="00FD0831" w:rsidRPr="005017D2" w:rsidRDefault="00FD0831">
      <w:pPr>
        <w:rPr>
          <w:lang w:val="pt-BR"/>
        </w:rPr>
      </w:pPr>
    </w:p>
    <w:p w14:paraId="004B0182" w14:textId="77777777" w:rsidR="00FD0831" w:rsidRPr="005017D2" w:rsidRDefault="00FD0831">
      <w:pPr>
        <w:rPr>
          <w:lang w:val="pt-BR"/>
        </w:rPr>
      </w:pPr>
    </w:p>
    <w:p w14:paraId="58857B24" w14:textId="77777777" w:rsidR="00FD0831" w:rsidRPr="005017D2" w:rsidRDefault="00000000">
      <w:pPr>
        <w:jc w:val="center"/>
        <w:rPr>
          <w:lang w:val="pt-BR"/>
        </w:rPr>
      </w:pPr>
      <w:r w:rsidRPr="005017D2">
        <w:rPr>
          <w:b/>
          <w:sz w:val="36"/>
          <w:lang w:val="pt-BR"/>
        </w:rPr>
        <w:t>Título do trabalho de conclusão de curso do IFSP - campus São Paulo</w:t>
      </w:r>
    </w:p>
    <w:p w14:paraId="13D206A6" w14:textId="77777777" w:rsidR="00FD0831" w:rsidRPr="005017D2" w:rsidRDefault="00FD0831">
      <w:pPr>
        <w:rPr>
          <w:lang w:val="pt-BR"/>
        </w:rPr>
      </w:pPr>
    </w:p>
    <w:p w14:paraId="7B55C5C0" w14:textId="77777777" w:rsidR="00FD0831" w:rsidRPr="005017D2" w:rsidRDefault="00FD0831">
      <w:pPr>
        <w:rPr>
          <w:lang w:val="pt-BR"/>
        </w:rPr>
      </w:pPr>
    </w:p>
    <w:p w14:paraId="2490407A" w14:textId="77777777" w:rsidR="00FD0831" w:rsidRPr="005017D2" w:rsidRDefault="00FD0831">
      <w:pPr>
        <w:rPr>
          <w:lang w:val="pt-BR"/>
        </w:rPr>
      </w:pPr>
    </w:p>
    <w:p w14:paraId="4D06472F" w14:textId="77777777" w:rsidR="00FD0831" w:rsidRPr="005017D2" w:rsidRDefault="00FD0831">
      <w:pPr>
        <w:rPr>
          <w:lang w:val="pt-BR"/>
        </w:rPr>
      </w:pPr>
    </w:p>
    <w:p w14:paraId="04E5BF21" w14:textId="77777777" w:rsidR="00FD0831" w:rsidRPr="005017D2" w:rsidRDefault="00FD0831">
      <w:pPr>
        <w:rPr>
          <w:lang w:val="pt-BR"/>
        </w:rPr>
      </w:pPr>
    </w:p>
    <w:p w14:paraId="7CE1FB6C" w14:textId="77777777" w:rsidR="00FD0831" w:rsidRPr="005017D2" w:rsidRDefault="00FD0831">
      <w:pPr>
        <w:rPr>
          <w:lang w:val="pt-BR"/>
        </w:rPr>
      </w:pPr>
    </w:p>
    <w:p w14:paraId="04776569" w14:textId="77777777" w:rsidR="00FD0831" w:rsidRPr="005017D2" w:rsidRDefault="00FD0831">
      <w:pPr>
        <w:rPr>
          <w:lang w:val="pt-BR"/>
        </w:rPr>
      </w:pPr>
    </w:p>
    <w:p w14:paraId="737A1454" w14:textId="77777777" w:rsidR="00FD0831" w:rsidRPr="005017D2" w:rsidRDefault="00000000">
      <w:pPr>
        <w:jc w:val="center"/>
        <w:rPr>
          <w:lang w:val="pt-BR"/>
        </w:rPr>
      </w:pPr>
      <w:r w:rsidRPr="005017D2">
        <w:rPr>
          <w:lang w:val="pt-BR"/>
        </w:rPr>
        <w:t>São Paulo</w:t>
      </w:r>
      <w:r w:rsidRPr="005017D2">
        <w:rPr>
          <w:lang w:val="pt-BR"/>
        </w:rPr>
        <w:br/>
        <w:t>2025</w:t>
      </w:r>
    </w:p>
    <w:p w14:paraId="2D6ADAA5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7752B6CB" w14:textId="77777777" w:rsidR="00FD0831" w:rsidRPr="005017D2" w:rsidRDefault="00000000">
      <w:pPr>
        <w:jc w:val="center"/>
        <w:rPr>
          <w:lang w:val="pt-BR"/>
        </w:rPr>
      </w:pPr>
      <w:r w:rsidRPr="005017D2">
        <w:rPr>
          <w:sz w:val="28"/>
          <w:lang w:val="pt-BR"/>
        </w:rPr>
        <w:lastRenderedPageBreak/>
        <w:t>INSTITUTO FEDERAL DE SÃO PAULO</w:t>
      </w:r>
    </w:p>
    <w:p w14:paraId="3B3B7532" w14:textId="77777777" w:rsidR="00FD0831" w:rsidRPr="005017D2" w:rsidRDefault="00FD0831">
      <w:pPr>
        <w:rPr>
          <w:lang w:val="pt-BR"/>
        </w:rPr>
      </w:pPr>
    </w:p>
    <w:p w14:paraId="730BC4EB" w14:textId="77777777" w:rsidR="00FD0831" w:rsidRPr="005017D2" w:rsidRDefault="00FD0831">
      <w:pPr>
        <w:rPr>
          <w:lang w:val="pt-BR"/>
        </w:rPr>
      </w:pPr>
    </w:p>
    <w:p w14:paraId="258E6FB2" w14:textId="77777777" w:rsidR="00FD0831" w:rsidRPr="005017D2" w:rsidRDefault="00FD0831">
      <w:pPr>
        <w:rPr>
          <w:lang w:val="pt-BR"/>
        </w:rPr>
      </w:pPr>
    </w:p>
    <w:p w14:paraId="645FD11C" w14:textId="77777777" w:rsidR="00FD0831" w:rsidRPr="005017D2" w:rsidRDefault="00000000">
      <w:pPr>
        <w:jc w:val="center"/>
        <w:rPr>
          <w:lang w:val="pt-BR"/>
        </w:rPr>
      </w:pPr>
      <w:r w:rsidRPr="005017D2">
        <w:rPr>
          <w:lang w:val="pt-BR"/>
        </w:rPr>
        <w:t>AUTOR 01</w:t>
      </w:r>
      <w:r w:rsidRPr="005017D2">
        <w:rPr>
          <w:lang w:val="pt-BR"/>
        </w:rPr>
        <w:br/>
        <w:t>AUTOR 02</w:t>
      </w:r>
      <w:r w:rsidRPr="005017D2">
        <w:rPr>
          <w:lang w:val="pt-BR"/>
        </w:rPr>
        <w:br/>
        <w:t>AUTOR 03</w:t>
      </w:r>
      <w:r w:rsidRPr="005017D2">
        <w:rPr>
          <w:lang w:val="pt-BR"/>
        </w:rPr>
        <w:br/>
        <w:t>AUTOR 04</w:t>
      </w:r>
    </w:p>
    <w:p w14:paraId="4AE60A05" w14:textId="77777777" w:rsidR="00FD0831" w:rsidRPr="005017D2" w:rsidRDefault="00FD0831">
      <w:pPr>
        <w:rPr>
          <w:lang w:val="pt-BR"/>
        </w:rPr>
      </w:pPr>
    </w:p>
    <w:p w14:paraId="761B3C67" w14:textId="77777777" w:rsidR="00FD0831" w:rsidRPr="005017D2" w:rsidRDefault="00FD0831">
      <w:pPr>
        <w:rPr>
          <w:lang w:val="pt-BR"/>
        </w:rPr>
      </w:pPr>
    </w:p>
    <w:p w14:paraId="0DE92C6A" w14:textId="77777777" w:rsidR="00FD0831" w:rsidRPr="005017D2" w:rsidRDefault="00FD0831">
      <w:pPr>
        <w:rPr>
          <w:lang w:val="pt-BR"/>
        </w:rPr>
      </w:pPr>
    </w:p>
    <w:p w14:paraId="45598EB0" w14:textId="77777777" w:rsidR="00FD0831" w:rsidRPr="005017D2" w:rsidRDefault="00FD0831">
      <w:pPr>
        <w:rPr>
          <w:lang w:val="pt-BR"/>
        </w:rPr>
      </w:pPr>
    </w:p>
    <w:p w14:paraId="17C3C7E9" w14:textId="77777777" w:rsidR="00FD0831" w:rsidRPr="005017D2" w:rsidRDefault="00FD0831">
      <w:pPr>
        <w:rPr>
          <w:lang w:val="pt-BR"/>
        </w:rPr>
      </w:pPr>
    </w:p>
    <w:p w14:paraId="4CD9048B" w14:textId="77777777" w:rsidR="00FD0831" w:rsidRPr="005017D2" w:rsidRDefault="00000000">
      <w:pPr>
        <w:jc w:val="center"/>
        <w:rPr>
          <w:lang w:val="pt-BR"/>
        </w:rPr>
      </w:pPr>
      <w:r w:rsidRPr="005017D2">
        <w:rPr>
          <w:b/>
          <w:sz w:val="36"/>
          <w:lang w:val="pt-BR"/>
        </w:rPr>
        <w:t>Título do trabalho de conclusão de curso do IFSP - campus São Paulo</w:t>
      </w:r>
    </w:p>
    <w:p w14:paraId="3C902C9A" w14:textId="77777777" w:rsidR="00FD0831" w:rsidRPr="005017D2" w:rsidRDefault="00FD0831">
      <w:pPr>
        <w:rPr>
          <w:lang w:val="pt-BR"/>
        </w:rPr>
      </w:pPr>
    </w:p>
    <w:p w14:paraId="020BDD33" w14:textId="77777777" w:rsidR="00FD0831" w:rsidRPr="005017D2" w:rsidRDefault="00FD0831">
      <w:pPr>
        <w:rPr>
          <w:lang w:val="pt-BR"/>
        </w:rPr>
      </w:pPr>
    </w:p>
    <w:p w14:paraId="1C31AB6C" w14:textId="77777777" w:rsidR="00FD0831" w:rsidRPr="005017D2" w:rsidRDefault="00FD0831">
      <w:pPr>
        <w:rPr>
          <w:lang w:val="pt-BR"/>
        </w:rPr>
      </w:pP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FD0831" w14:paraId="36A32D1A" w14:textId="77777777">
        <w:trPr>
          <w:jc w:val="right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88A0310" w14:textId="77777777" w:rsidR="00FD0831" w:rsidRPr="005017D2" w:rsidRDefault="00FD0831">
            <w:pPr>
              <w:rPr>
                <w:lang w:val="pt-BR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1A44977" w14:textId="77777777" w:rsidR="00FD0831" w:rsidRDefault="00000000">
            <w:r w:rsidRPr="005017D2">
              <w:rPr>
                <w:lang w:val="pt-BR"/>
              </w:rPr>
              <w:t>Trabalho de conclusão de curso apresentado ao Instituto Federal de Educação, Ciência e Tecnologia de São Paulo - Campus São Paulo para a obtenção do título de Bacharel em Engenharia Nome do Curso.</w:t>
            </w:r>
            <w:r w:rsidRPr="005017D2">
              <w:rPr>
                <w:lang w:val="pt-BR"/>
              </w:rPr>
              <w:br/>
            </w:r>
            <w:r w:rsidRPr="005017D2">
              <w:rPr>
                <w:lang w:val="pt-BR"/>
              </w:rPr>
              <w:br/>
            </w:r>
            <w:r>
              <w:t>Orientador:</w:t>
            </w:r>
            <w:r>
              <w:br/>
            </w:r>
            <w:r>
              <w:br/>
              <w:t>Prof. Dr. Nome do Professor</w:t>
            </w:r>
          </w:p>
        </w:tc>
      </w:tr>
    </w:tbl>
    <w:p w14:paraId="5D43412C" w14:textId="77777777" w:rsidR="00FD0831" w:rsidRDefault="00FD0831"/>
    <w:p w14:paraId="78282D17" w14:textId="77777777" w:rsidR="00FD0831" w:rsidRDefault="00FD0831"/>
    <w:p w14:paraId="3856D214" w14:textId="77777777" w:rsidR="00FD0831" w:rsidRDefault="00FD0831"/>
    <w:p w14:paraId="75C61384" w14:textId="77777777" w:rsidR="00FD0831" w:rsidRDefault="00000000">
      <w:pPr>
        <w:jc w:val="center"/>
      </w:pPr>
      <w:r>
        <w:t>São Paulo</w:t>
      </w:r>
      <w:r>
        <w:br/>
        <w:t>2025</w:t>
      </w:r>
    </w:p>
    <w:p w14:paraId="4AE7AF61" w14:textId="77777777" w:rsidR="00FD0831" w:rsidRDefault="00000000">
      <w:r>
        <w:lastRenderedPageBreak/>
        <w:br w:type="page"/>
      </w:r>
    </w:p>
    <w:p w14:paraId="354002F7" w14:textId="77777777" w:rsidR="00FD0831" w:rsidRDefault="00FD0831"/>
    <w:p w14:paraId="73BE98B1" w14:textId="77777777" w:rsidR="00FD0831" w:rsidRDefault="00FD0831"/>
    <w:p w14:paraId="71F4ABC5" w14:textId="77777777" w:rsidR="00FD0831" w:rsidRDefault="00FD0831"/>
    <w:p w14:paraId="526E8CF1" w14:textId="77777777" w:rsidR="00FD0831" w:rsidRDefault="00FD0831"/>
    <w:p w14:paraId="7621D470" w14:textId="77777777" w:rsidR="00FD0831" w:rsidRDefault="00FD0831"/>
    <w:p w14:paraId="0ADFB331" w14:textId="77777777" w:rsidR="00FD0831" w:rsidRDefault="00FD0831"/>
    <w:p w14:paraId="42EA24DC" w14:textId="77777777" w:rsidR="00FD0831" w:rsidRDefault="00FD0831"/>
    <w:p w14:paraId="2B94DF65" w14:textId="77777777" w:rsidR="00FD0831" w:rsidRDefault="00FD0831"/>
    <w:p w14:paraId="094AE682" w14:textId="77777777" w:rsidR="00FD0831" w:rsidRDefault="00FD0831"/>
    <w:p w14:paraId="1979C147" w14:textId="77777777" w:rsidR="00FD0831" w:rsidRDefault="00FD0831"/>
    <w:p w14:paraId="6EF86F2C" w14:textId="77777777" w:rsidR="00FD0831" w:rsidRDefault="00FD0831"/>
    <w:p w14:paraId="4BCDD588" w14:textId="77777777" w:rsidR="00FD0831" w:rsidRDefault="00FD0831"/>
    <w:p w14:paraId="3285A7A3" w14:textId="77777777" w:rsidR="00FD0831" w:rsidRDefault="00FD0831"/>
    <w:p w14:paraId="4C7CDAE7" w14:textId="77777777" w:rsidR="00FD0831" w:rsidRDefault="00FD0831"/>
    <w:p w14:paraId="6CE69CB8" w14:textId="77777777" w:rsidR="00FD0831" w:rsidRDefault="00FD0831"/>
    <w:p w14:paraId="66171FA6" w14:textId="77777777" w:rsidR="00FD0831" w:rsidRDefault="00FD0831"/>
    <w:p w14:paraId="20261739" w14:textId="77777777" w:rsidR="00FD0831" w:rsidRDefault="00FD0831"/>
    <w:p w14:paraId="7055991B" w14:textId="77777777" w:rsidR="00FD0831" w:rsidRDefault="00FD0831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FD0831" w:rsidRPr="005017D2" w14:paraId="59F9812F" w14:textId="7777777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EDF91E1" w14:textId="77777777" w:rsidR="00FD0831" w:rsidRDefault="00FD0831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1EC1BF7" w14:textId="77777777" w:rsidR="00FD0831" w:rsidRPr="005017D2" w:rsidRDefault="00000000">
            <w:pPr>
              <w:rPr>
                <w:lang w:val="pt-BR"/>
              </w:rPr>
            </w:pPr>
            <w:r w:rsidRPr="005017D2">
              <w:rPr>
                <w:lang w:val="pt-BR"/>
              </w:rPr>
              <w:t>Inserir aqui o texto da dedicatória.</w:t>
            </w:r>
          </w:p>
        </w:tc>
      </w:tr>
    </w:tbl>
    <w:p w14:paraId="53DDD998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00F16DD2" w14:textId="77777777" w:rsidR="00FD0831" w:rsidRPr="005017D2" w:rsidRDefault="00000000">
      <w:pPr>
        <w:spacing w:after="360"/>
        <w:jc w:val="center"/>
        <w:rPr>
          <w:lang w:val="pt-BR"/>
        </w:rPr>
      </w:pPr>
      <w:r w:rsidRPr="005017D2">
        <w:rPr>
          <w:b/>
          <w:sz w:val="40"/>
          <w:lang w:val="pt-BR"/>
        </w:rPr>
        <w:lastRenderedPageBreak/>
        <w:t>Agradecimentos</w:t>
      </w:r>
    </w:p>
    <w:p w14:paraId="490EBD59" w14:textId="77777777" w:rsidR="00FD0831" w:rsidRPr="005017D2" w:rsidRDefault="00FD0831">
      <w:pPr>
        <w:rPr>
          <w:lang w:val="pt-BR"/>
        </w:rPr>
      </w:pPr>
    </w:p>
    <w:p w14:paraId="5582D1AE" w14:textId="77777777" w:rsidR="00FD0831" w:rsidRPr="005017D2" w:rsidRDefault="00FD0831">
      <w:pPr>
        <w:rPr>
          <w:lang w:val="pt-BR"/>
        </w:rPr>
      </w:pPr>
    </w:p>
    <w:p w14:paraId="16B2D70E" w14:textId="77777777" w:rsidR="00FD0831" w:rsidRPr="005017D2" w:rsidRDefault="00FD0831">
      <w:pPr>
        <w:rPr>
          <w:lang w:val="pt-BR"/>
        </w:rPr>
      </w:pPr>
    </w:p>
    <w:p w14:paraId="65F0FB91" w14:textId="77777777" w:rsidR="00FD0831" w:rsidRPr="005017D2" w:rsidRDefault="00FD0831">
      <w:pPr>
        <w:rPr>
          <w:lang w:val="pt-BR"/>
        </w:rPr>
      </w:pPr>
    </w:p>
    <w:p w14:paraId="68EFCE74" w14:textId="77777777" w:rsidR="00FD0831" w:rsidRPr="005017D2" w:rsidRDefault="00FD0831">
      <w:pPr>
        <w:rPr>
          <w:lang w:val="pt-BR"/>
        </w:rPr>
      </w:pPr>
    </w:p>
    <w:p w14:paraId="52D01DBE" w14:textId="77777777" w:rsidR="00FD0831" w:rsidRPr="005017D2" w:rsidRDefault="00FD0831">
      <w:pPr>
        <w:rPr>
          <w:lang w:val="pt-BR"/>
        </w:rPr>
      </w:pPr>
    </w:p>
    <w:p w14:paraId="1511E78E" w14:textId="77777777" w:rsidR="00FD0831" w:rsidRPr="005017D2" w:rsidRDefault="00FD0831">
      <w:pPr>
        <w:rPr>
          <w:lang w:val="pt-BR"/>
        </w:rPr>
      </w:pPr>
    </w:p>
    <w:p w14:paraId="6AECEAC8" w14:textId="77777777" w:rsidR="00FD0831" w:rsidRPr="005017D2" w:rsidRDefault="00FD0831">
      <w:pPr>
        <w:rPr>
          <w:lang w:val="pt-BR"/>
        </w:rPr>
      </w:pPr>
    </w:p>
    <w:p w14:paraId="1DF7DD57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Inserir aqui o texto de agradecimento.</w:t>
      </w:r>
    </w:p>
    <w:p w14:paraId="48F30E9F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2F84D68F" w14:textId="77777777" w:rsidR="00FD0831" w:rsidRPr="005017D2" w:rsidRDefault="00000000">
      <w:pPr>
        <w:spacing w:after="360"/>
        <w:jc w:val="center"/>
        <w:rPr>
          <w:lang w:val="pt-BR"/>
        </w:rPr>
      </w:pPr>
      <w:r w:rsidRPr="005017D2">
        <w:rPr>
          <w:b/>
          <w:sz w:val="40"/>
          <w:lang w:val="pt-BR"/>
        </w:rPr>
        <w:lastRenderedPageBreak/>
        <w:t>Resumo</w:t>
      </w:r>
    </w:p>
    <w:p w14:paraId="1627FBE7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Inserir aqui o texto do Resumo.</w:t>
      </w:r>
    </w:p>
    <w:p w14:paraId="16F77921" w14:textId="77777777" w:rsidR="00FD0831" w:rsidRDefault="00000000">
      <w:pPr>
        <w:spacing w:before="240"/>
      </w:pPr>
      <w:r w:rsidRPr="005017D2">
        <w:rPr>
          <w:b/>
          <w:lang w:val="pt-BR"/>
        </w:rPr>
        <w:t xml:space="preserve">Palavras-Chave – </w:t>
      </w:r>
      <w:r w:rsidRPr="005017D2">
        <w:rPr>
          <w:lang w:val="pt-BR"/>
        </w:rPr>
        <w:t xml:space="preserve">Primeira. Segunda. Terceira. </w:t>
      </w:r>
      <w:r>
        <w:t>Quarta. Quinta.</w:t>
      </w:r>
    </w:p>
    <w:p w14:paraId="2EEEA0E9" w14:textId="77777777" w:rsidR="00FD0831" w:rsidRDefault="00000000">
      <w:r>
        <w:br w:type="page"/>
      </w:r>
    </w:p>
    <w:p w14:paraId="139FCDC9" w14:textId="77777777" w:rsidR="00FD0831" w:rsidRDefault="00000000">
      <w:pPr>
        <w:spacing w:after="360"/>
        <w:jc w:val="center"/>
      </w:pPr>
      <w:r>
        <w:rPr>
          <w:b/>
          <w:sz w:val="40"/>
        </w:rPr>
        <w:lastRenderedPageBreak/>
        <w:t>Abstract</w:t>
      </w:r>
    </w:p>
    <w:p w14:paraId="74A641E7" w14:textId="77777777" w:rsidR="00FD0831" w:rsidRDefault="00000000">
      <w:pPr>
        <w:pStyle w:val="CorpodoTexto"/>
        <w:jc w:val="both"/>
      </w:pPr>
      <w:r>
        <w:t>Insert abstract text here.</w:t>
      </w:r>
    </w:p>
    <w:p w14:paraId="293B295D" w14:textId="77777777" w:rsidR="00FD0831" w:rsidRDefault="00000000">
      <w:pPr>
        <w:spacing w:before="240"/>
      </w:pPr>
      <w:r>
        <w:rPr>
          <w:b/>
        </w:rPr>
        <w:t xml:space="preserve">Keywords – </w:t>
      </w:r>
      <w:r>
        <w:t>First. Second. Third. Fourth. Fifth.</w:t>
      </w:r>
    </w:p>
    <w:p w14:paraId="5DAEA4BB" w14:textId="77777777" w:rsidR="00FD0831" w:rsidRDefault="00000000">
      <w:r>
        <w:br w:type="page"/>
      </w:r>
    </w:p>
    <w:p w14:paraId="0FF292DF" w14:textId="77777777" w:rsidR="00FD0831" w:rsidRDefault="00000000">
      <w:pPr>
        <w:spacing w:after="360"/>
        <w:jc w:val="center"/>
      </w:pPr>
      <w:r>
        <w:rPr>
          <w:b/>
          <w:sz w:val="40"/>
        </w:rPr>
        <w:lastRenderedPageBreak/>
        <w:t>Lista de Figuras</w:t>
      </w:r>
    </w:p>
    <w:p w14:paraId="67F92EEE" w14:textId="77777777" w:rsidR="00FD0831" w:rsidRPr="005017D2" w:rsidRDefault="00000000">
      <w:pPr>
        <w:pStyle w:val="CorpodoTexto"/>
        <w:ind w:firstLine="0"/>
        <w:rPr>
          <w:lang w:val="pt-BR"/>
        </w:rPr>
      </w:pPr>
      <w:r w:rsidRPr="005017D2">
        <w:rPr>
          <w:lang w:val="pt-BR"/>
        </w:rPr>
        <w:t>Figura 1 – Logo do IFSP ........................................................................ 1</w:t>
      </w:r>
    </w:p>
    <w:p w14:paraId="5D8A49F5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1D44329E" w14:textId="77777777" w:rsidR="00FD0831" w:rsidRPr="005017D2" w:rsidRDefault="00000000">
      <w:pPr>
        <w:spacing w:after="360"/>
        <w:jc w:val="center"/>
        <w:rPr>
          <w:lang w:val="pt-BR"/>
        </w:rPr>
      </w:pPr>
      <w:r w:rsidRPr="005017D2">
        <w:rPr>
          <w:b/>
          <w:sz w:val="40"/>
          <w:lang w:val="pt-BR"/>
        </w:rPr>
        <w:lastRenderedPageBreak/>
        <w:t>Lista de Tabelas</w:t>
      </w:r>
    </w:p>
    <w:p w14:paraId="5C569F7A" w14:textId="77777777" w:rsidR="00FD0831" w:rsidRPr="005017D2" w:rsidRDefault="00000000">
      <w:pPr>
        <w:pStyle w:val="CorpodoTexto"/>
        <w:ind w:firstLine="0"/>
        <w:rPr>
          <w:lang w:val="pt-BR"/>
        </w:rPr>
      </w:pPr>
      <w:r w:rsidRPr="005017D2">
        <w:rPr>
          <w:lang w:val="pt-BR"/>
        </w:rPr>
        <w:t>Tabela 1 – Tabela de exemplo .................................................................. 2</w:t>
      </w:r>
    </w:p>
    <w:p w14:paraId="0231017C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2D12B6AF" w14:textId="77777777" w:rsidR="00FD0831" w:rsidRPr="005017D2" w:rsidRDefault="00000000">
      <w:pPr>
        <w:spacing w:after="360"/>
        <w:jc w:val="center"/>
        <w:rPr>
          <w:lang w:val="pt-BR"/>
        </w:rPr>
      </w:pPr>
      <w:r w:rsidRPr="005017D2">
        <w:rPr>
          <w:b/>
          <w:sz w:val="40"/>
          <w:lang w:val="pt-BR"/>
        </w:rPr>
        <w:lastRenderedPageBreak/>
        <w:t>Lista de Abreviações e Siglas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FD0831" w14:paraId="75035DF2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1F719BD" w14:textId="77777777" w:rsidR="00FD0831" w:rsidRDefault="00000000">
            <w:r>
              <w:t>ACK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FA3410D" w14:textId="77777777" w:rsidR="00FD0831" w:rsidRDefault="00000000">
            <w:r>
              <w:t>Acknowledge.</w:t>
            </w:r>
          </w:p>
        </w:tc>
      </w:tr>
      <w:tr w:rsidR="00FD0831" w14:paraId="0C351BDC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D37FF08" w14:textId="77777777" w:rsidR="00FD0831" w:rsidRDefault="00000000">
            <w:r>
              <w:t>ADC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83FA1F6" w14:textId="77777777" w:rsidR="00FD0831" w:rsidRDefault="00000000">
            <w:r>
              <w:t>Analog-to-Digital Converter.</w:t>
            </w:r>
          </w:p>
        </w:tc>
      </w:tr>
      <w:tr w:rsidR="00FD0831" w14:paraId="77CDD6BC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C7A70F4" w14:textId="77777777" w:rsidR="00FD0831" w:rsidRDefault="00000000">
            <w:r>
              <w:t>ANSI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04C3D06" w14:textId="77777777" w:rsidR="00FD0831" w:rsidRDefault="00000000">
            <w:r>
              <w:t>American National Standards Institute.</w:t>
            </w:r>
          </w:p>
        </w:tc>
      </w:tr>
      <w:tr w:rsidR="00FD0831" w14:paraId="31A6FEF7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EB3D60C" w14:textId="77777777" w:rsidR="00FD0831" w:rsidRDefault="00000000">
            <w:r>
              <w:t>ASCII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42745A1" w14:textId="77777777" w:rsidR="00FD0831" w:rsidRDefault="00000000">
            <w:r>
              <w:t>American Standard Code for Interchange of Information.</w:t>
            </w:r>
          </w:p>
        </w:tc>
      </w:tr>
    </w:tbl>
    <w:p w14:paraId="6E901C86" w14:textId="77777777" w:rsidR="00FD0831" w:rsidRDefault="00000000">
      <w:r>
        <w:br w:type="page"/>
      </w:r>
    </w:p>
    <w:p w14:paraId="29A335DF" w14:textId="77777777" w:rsidR="00FD0831" w:rsidRDefault="00000000">
      <w:pPr>
        <w:spacing w:after="360"/>
        <w:jc w:val="center"/>
      </w:pPr>
      <w:r>
        <w:rPr>
          <w:b/>
          <w:sz w:val="40"/>
        </w:rPr>
        <w:lastRenderedPageBreak/>
        <w:t>Lista de Símbolos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FD0831" w14:paraId="5E82025B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55662C8" w14:textId="77777777" w:rsidR="00FD0831" w:rsidRDefault="00000000">
            <w:r>
              <w:t>β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E188A65" w14:textId="77777777" w:rsidR="00FD0831" w:rsidRDefault="00000000">
            <w:r>
              <w:t>Número de onda.</w:t>
            </w:r>
          </w:p>
        </w:tc>
      </w:tr>
      <w:tr w:rsidR="00FD0831" w14:paraId="08944805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CA149B5" w14:textId="77777777" w:rsidR="00FD0831" w:rsidRDefault="00000000">
            <w:r>
              <w:t>E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29566C5" w14:textId="77777777" w:rsidR="00FD0831" w:rsidRDefault="00000000">
            <w:r>
              <w:t>Campo elétrico.</w:t>
            </w:r>
          </w:p>
        </w:tc>
      </w:tr>
      <w:tr w:rsidR="00FD0831" w14:paraId="15844974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B9BA0FD" w14:textId="77777777" w:rsidR="00FD0831" w:rsidRDefault="00000000">
            <w:r>
              <w:t>ε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C7BD416" w14:textId="77777777" w:rsidR="00FD0831" w:rsidRDefault="00000000">
            <w:r>
              <w:t>Permissividade elétrica.</w:t>
            </w:r>
          </w:p>
        </w:tc>
      </w:tr>
      <w:tr w:rsidR="00FD0831" w14:paraId="68CBAA53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F02AB7B" w14:textId="77777777" w:rsidR="00FD0831" w:rsidRDefault="00000000">
            <w:r>
              <w:t>σ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47933F8" w14:textId="77777777" w:rsidR="00FD0831" w:rsidRDefault="00000000">
            <w:r>
              <w:t>Condutividade elétrica.</w:t>
            </w:r>
          </w:p>
        </w:tc>
      </w:tr>
      <w:tr w:rsidR="00FD0831" w14:paraId="6022C302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8522E75" w14:textId="77777777" w:rsidR="00FD0831" w:rsidRDefault="00000000">
            <w:r>
              <w:t>ω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3CD2575" w14:textId="77777777" w:rsidR="00FD0831" w:rsidRDefault="00000000">
            <w:r>
              <w:t>Velocidade angular.</w:t>
            </w:r>
          </w:p>
        </w:tc>
      </w:tr>
    </w:tbl>
    <w:p w14:paraId="30A004D6" w14:textId="77777777" w:rsidR="00FD0831" w:rsidRDefault="00000000">
      <w:r>
        <w:br w:type="page"/>
      </w:r>
    </w:p>
    <w:p w14:paraId="05E648CF" w14:textId="77777777" w:rsidR="00FD0831" w:rsidRDefault="00000000">
      <w:pPr>
        <w:spacing w:after="360"/>
        <w:jc w:val="center"/>
      </w:pPr>
      <w:r>
        <w:rPr>
          <w:b/>
          <w:sz w:val="40"/>
        </w:rPr>
        <w:lastRenderedPageBreak/>
        <w:t>Sumário</w:t>
      </w:r>
    </w:p>
    <w:p w14:paraId="6E83D01D" w14:textId="77777777" w:rsidR="005017D2" w:rsidRDefault="00000000">
      <w:pPr>
        <w:pStyle w:val="Sumrio1"/>
        <w:tabs>
          <w:tab w:val="right" w:leader="dot" w:pos="9061"/>
        </w:tabs>
        <w:rPr>
          <w:noProof/>
        </w:rPr>
      </w:pPr>
      <w:r>
        <w:fldChar w:fldCharType="begin"/>
      </w:r>
      <w:r>
        <w:instrText>TOC \o "1-4" \h \z \u</w:instrText>
      </w:r>
      <w:r>
        <w:fldChar w:fldCharType="separate"/>
      </w:r>
      <w:hyperlink w:anchor="_Toc241827088" w:history="1">
        <w:r w:rsidR="005017D2" w:rsidRPr="0011567E">
          <w:rPr>
            <w:rStyle w:val="Hyperlink"/>
            <w:noProof/>
          </w:rPr>
          <w:t>1 Introdução</w:t>
        </w:r>
        <w:r w:rsidR="005017D2">
          <w:rPr>
            <w:noProof/>
            <w:webHidden/>
          </w:rPr>
          <w:tab/>
        </w:r>
        <w:r w:rsidR="005017D2">
          <w:rPr>
            <w:noProof/>
            <w:webHidden/>
          </w:rPr>
          <w:fldChar w:fldCharType="begin"/>
        </w:r>
        <w:r w:rsidR="005017D2">
          <w:rPr>
            <w:noProof/>
            <w:webHidden/>
          </w:rPr>
          <w:instrText xml:space="preserve"> PAGEREF _Toc241827088 \h </w:instrText>
        </w:r>
        <w:r w:rsidR="005017D2">
          <w:rPr>
            <w:noProof/>
            <w:webHidden/>
          </w:rPr>
        </w:r>
        <w:r w:rsidR="005017D2">
          <w:rPr>
            <w:noProof/>
            <w:webHidden/>
          </w:rPr>
          <w:fldChar w:fldCharType="separate"/>
        </w:r>
        <w:r w:rsidR="005017D2">
          <w:rPr>
            <w:noProof/>
            <w:webHidden/>
          </w:rPr>
          <w:t>1</w:t>
        </w:r>
        <w:r w:rsidR="005017D2">
          <w:rPr>
            <w:noProof/>
            <w:webHidden/>
          </w:rPr>
          <w:fldChar w:fldCharType="end"/>
        </w:r>
      </w:hyperlink>
    </w:p>
    <w:p w14:paraId="51D3DB1A" w14:textId="77777777" w:rsidR="005017D2" w:rsidRDefault="005017D2">
      <w:pPr>
        <w:pStyle w:val="Sumrio2"/>
        <w:tabs>
          <w:tab w:val="right" w:leader="dot" w:pos="9061"/>
        </w:tabs>
        <w:rPr>
          <w:noProof/>
        </w:rPr>
      </w:pPr>
      <w:hyperlink w:anchor="_Toc241827089" w:history="1">
        <w:r w:rsidRPr="0011567E">
          <w:rPr>
            <w:rStyle w:val="Hyperlink"/>
            <w:noProof/>
          </w:rPr>
          <w:t>1.1 Motivações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78943F2" w14:textId="77777777" w:rsidR="005017D2" w:rsidRDefault="005017D2">
      <w:pPr>
        <w:pStyle w:val="Sumrio2"/>
        <w:tabs>
          <w:tab w:val="right" w:leader="dot" w:pos="9061"/>
        </w:tabs>
        <w:rPr>
          <w:noProof/>
        </w:rPr>
      </w:pPr>
      <w:hyperlink w:anchor="_Toc241827090" w:history="1">
        <w:r w:rsidRPr="0011567E">
          <w:rPr>
            <w:rStyle w:val="Hyperlink"/>
            <w:noProof/>
          </w:rPr>
          <w:t>1.2 Justificativas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8006A09" w14:textId="77777777" w:rsidR="005017D2" w:rsidRDefault="005017D2">
      <w:pPr>
        <w:pStyle w:val="Sumrio2"/>
        <w:tabs>
          <w:tab w:val="right" w:leader="dot" w:pos="9061"/>
        </w:tabs>
        <w:rPr>
          <w:noProof/>
        </w:rPr>
      </w:pPr>
      <w:hyperlink w:anchor="_Toc241827091" w:history="1">
        <w:r w:rsidRPr="0011567E">
          <w:rPr>
            <w:rStyle w:val="Hyperlink"/>
            <w:noProof/>
          </w:rPr>
          <w:t>1.3 Objetivos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2F0D447" w14:textId="77777777" w:rsidR="005017D2" w:rsidRDefault="005017D2">
      <w:pPr>
        <w:pStyle w:val="Sumrio2"/>
        <w:tabs>
          <w:tab w:val="right" w:leader="dot" w:pos="9061"/>
        </w:tabs>
        <w:rPr>
          <w:noProof/>
        </w:rPr>
      </w:pPr>
      <w:hyperlink w:anchor="_Toc241827092" w:history="1">
        <w:r w:rsidRPr="0011567E">
          <w:rPr>
            <w:rStyle w:val="Hyperlink"/>
            <w:noProof/>
          </w:rPr>
          <w:t>1.4 Organização da Monografia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C0C8F1F" w14:textId="77777777" w:rsidR="005017D2" w:rsidRDefault="005017D2">
      <w:pPr>
        <w:pStyle w:val="Sumrio1"/>
        <w:tabs>
          <w:tab w:val="right" w:leader="dot" w:pos="9061"/>
        </w:tabs>
        <w:rPr>
          <w:noProof/>
        </w:rPr>
      </w:pPr>
      <w:hyperlink w:anchor="_Toc241827093" w:history="1">
        <w:r w:rsidRPr="0011567E">
          <w:rPr>
            <w:rStyle w:val="Hyperlink"/>
            <w:noProof/>
          </w:rPr>
          <w:t>2 Revisão da Literatura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8DB5E3E" w14:textId="77777777" w:rsidR="005017D2" w:rsidRDefault="005017D2">
      <w:pPr>
        <w:pStyle w:val="Sumrio2"/>
        <w:tabs>
          <w:tab w:val="right" w:leader="dot" w:pos="9061"/>
        </w:tabs>
        <w:rPr>
          <w:noProof/>
        </w:rPr>
      </w:pPr>
      <w:hyperlink w:anchor="_Toc241827094" w:history="1">
        <w:r w:rsidRPr="0011567E">
          <w:rPr>
            <w:rStyle w:val="Hyperlink"/>
            <w:noProof/>
          </w:rPr>
          <w:t>2.1 Exemplo de Seção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2BB6364" w14:textId="77777777" w:rsidR="005017D2" w:rsidRDefault="005017D2">
      <w:pPr>
        <w:pStyle w:val="Sumrio3"/>
        <w:tabs>
          <w:tab w:val="right" w:leader="dot" w:pos="9061"/>
        </w:tabs>
        <w:rPr>
          <w:noProof/>
        </w:rPr>
      </w:pPr>
      <w:hyperlink w:anchor="_Toc241827095" w:history="1">
        <w:r w:rsidRPr="0011567E">
          <w:rPr>
            <w:rStyle w:val="Hyperlink"/>
            <w:noProof/>
          </w:rPr>
          <w:t>2.1.1 Exemplo de Subseção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9E0B856" w14:textId="77777777" w:rsidR="005017D2" w:rsidRDefault="005017D2">
      <w:pPr>
        <w:pStyle w:val="Sumrio3"/>
        <w:tabs>
          <w:tab w:val="right" w:leader="dot" w:pos="9061"/>
        </w:tabs>
        <w:rPr>
          <w:noProof/>
        </w:rPr>
      </w:pPr>
      <w:hyperlink w:anchor="_Toc241827096" w:history="1">
        <w:r w:rsidRPr="0011567E">
          <w:rPr>
            <w:rStyle w:val="Hyperlink"/>
            <w:noProof/>
          </w:rPr>
          <w:t>2.1.2 Outra Subseção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D0CA03E" w14:textId="77777777" w:rsidR="005017D2" w:rsidRDefault="005017D2">
      <w:pPr>
        <w:pStyle w:val="Sumrio3"/>
        <w:tabs>
          <w:tab w:val="right" w:leader="dot" w:pos="9061"/>
        </w:tabs>
        <w:rPr>
          <w:noProof/>
        </w:rPr>
      </w:pPr>
      <w:hyperlink w:anchor="_Toc241827097" w:history="1">
        <w:r w:rsidRPr="0011567E">
          <w:rPr>
            <w:rStyle w:val="Hyperlink"/>
            <w:noProof/>
          </w:rPr>
          <w:t>2.1.3 Figuras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86C6507" w14:textId="77777777" w:rsidR="005017D2" w:rsidRDefault="005017D2">
      <w:pPr>
        <w:pStyle w:val="Sumrio3"/>
        <w:tabs>
          <w:tab w:val="right" w:leader="dot" w:pos="9061"/>
        </w:tabs>
        <w:rPr>
          <w:noProof/>
        </w:rPr>
      </w:pPr>
      <w:hyperlink w:anchor="_Toc241827098" w:history="1">
        <w:r w:rsidRPr="0011567E">
          <w:rPr>
            <w:rStyle w:val="Hyperlink"/>
            <w:noProof/>
          </w:rPr>
          <w:t>2.1.4 Tabelas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16CBD26" w14:textId="77777777" w:rsidR="005017D2" w:rsidRDefault="005017D2">
      <w:pPr>
        <w:pStyle w:val="Sumrio1"/>
        <w:tabs>
          <w:tab w:val="right" w:leader="dot" w:pos="9061"/>
        </w:tabs>
        <w:rPr>
          <w:noProof/>
        </w:rPr>
      </w:pPr>
      <w:hyperlink w:anchor="_Toc241827099" w:history="1">
        <w:r w:rsidRPr="0011567E">
          <w:rPr>
            <w:rStyle w:val="Hyperlink"/>
            <w:noProof/>
          </w:rPr>
          <w:t>3 Materiais e Métodos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3A11B17" w14:textId="77777777" w:rsidR="005017D2" w:rsidRDefault="005017D2">
      <w:pPr>
        <w:pStyle w:val="Sumrio1"/>
        <w:tabs>
          <w:tab w:val="right" w:leader="dot" w:pos="9061"/>
        </w:tabs>
        <w:rPr>
          <w:noProof/>
        </w:rPr>
      </w:pPr>
      <w:hyperlink w:anchor="_Toc241827100" w:history="1">
        <w:r w:rsidRPr="0011567E">
          <w:rPr>
            <w:rStyle w:val="Hyperlink"/>
            <w:noProof/>
          </w:rPr>
          <w:t>4 Resultados e Discussões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6993BB7" w14:textId="77777777" w:rsidR="005017D2" w:rsidRDefault="005017D2">
      <w:pPr>
        <w:pStyle w:val="Sumrio1"/>
        <w:tabs>
          <w:tab w:val="right" w:leader="dot" w:pos="9061"/>
        </w:tabs>
        <w:rPr>
          <w:noProof/>
        </w:rPr>
      </w:pPr>
      <w:hyperlink w:anchor="_Toc241827101" w:history="1">
        <w:r w:rsidRPr="0011567E">
          <w:rPr>
            <w:rStyle w:val="Hyperlink"/>
            <w:noProof/>
          </w:rPr>
          <w:t>5 Conclusões e Sugestões de Trabalhos Futuros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F94A6B6" w14:textId="77777777" w:rsidR="005017D2" w:rsidRDefault="005017D2">
      <w:pPr>
        <w:pStyle w:val="Sumrio2"/>
        <w:tabs>
          <w:tab w:val="right" w:leader="dot" w:pos="9061"/>
        </w:tabs>
        <w:rPr>
          <w:noProof/>
        </w:rPr>
      </w:pPr>
      <w:hyperlink w:anchor="_Toc241827102" w:history="1">
        <w:r w:rsidRPr="0011567E">
          <w:rPr>
            <w:rStyle w:val="Hyperlink"/>
            <w:noProof/>
          </w:rPr>
          <w:t>5.1 Conclusão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4CC55AD" w14:textId="77777777" w:rsidR="005017D2" w:rsidRDefault="005017D2">
      <w:pPr>
        <w:pStyle w:val="Sumrio2"/>
        <w:tabs>
          <w:tab w:val="right" w:leader="dot" w:pos="9061"/>
        </w:tabs>
        <w:rPr>
          <w:noProof/>
        </w:rPr>
      </w:pPr>
      <w:hyperlink w:anchor="_Toc241827103" w:history="1">
        <w:r w:rsidRPr="0011567E">
          <w:rPr>
            <w:rStyle w:val="Hyperlink"/>
            <w:noProof/>
          </w:rPr>
          <w:t>5.2 Sugestões de Trabalhos Futuros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DFFCB93" w14:textId="77777777" w:rsidR="005017D2" w:rsidRDefault="005017D2">
      <w:pPr>
        <w:pStyle w:val="Sumrio1"/>
        <w:tabs>
          <w:tab w:val="right" w:leader="dot" w:pos="9061"/>
        </w:tabs>
        <w:rPr>
          <w:noProof/>
        </w:rPr>
      </w:pPr>
      <w:hyperlink w:anchor="_Toc241827104" w:history="1">
        <w:r w:rsidRPr="0011567E">
          <w:rPr>
            <w:rStyle w:val="Hyperlink"/>
            <w:noProof/>
          </w:rPr>
          <w:t>Referências Bibliográficas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931BED0" w14:textId="77777777" w:rsidR="005017D2" w:rsidRDefault="005017D2">
      <w:pPr>
        <w:pStyle w:val="Sumrio1"/>
        <w:tabs>
          <w:tab w:val="right" w:leader="dot" w:pos="9061"/>
        </w:tabs>
        <w:rPr>
          <w:noProof/>
        </w:rPr>
      </w:pPr>
      <w:hyperlink w:anchor="_Toc241827105" w:history="1">
        <w:r w:rsidRPr="0011567E">
          <w:rPr>
            <w:rStyle w:val="Hyperlink"/>
            <w:noProof/>
          </w:rPr>
          <w:t>APÊNDICE A – Funções Utilizadas no Cálculo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472076E" w14:textId="77777777" w:rsidR="005017D2" w:rsidRDefault="005017D2">
      <w:pPr>
        <w:pStyle w:val="Sumrio2"/>
        <w:tabs>
          <w:tab w:val="right" w:leader="dot" w:pos="9061"/>
        </w:tabs>
        <w:rPr>
          <w:noProof/>
        </w:rPr>
      </w:pPr>
      <w:hyperlink w:anchor="_Toc241827106" w:history="1">
        <w:r w:rsidRPr="0011567E">
          <w:rPr>
            <w:rStyle w:val="Hyperlink"/>
            <w:noProof/>
          </w:rPr>
          <w:t>A.1 Cálculo da Resposta em Frequência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_Toc241827106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593E6F1" w14:textId="77777777" w:rsidR="00FD0831" w:rsidRDefault="00000000">
      <w:r>
        <w:fldChar w:fldCharType="end"/>
      </w:r>
    </w:p>
    <w:p w14:paraId="760F9F89" w14:textId="77777777" w:rsidR="00FD0831" w:rsidRDefault="00FD0831">
      <w:pPr>
        <w:sectPr w:rsidR="00FD0831">
          <w:headerReference w:type="default" r:id="rId8"/>
          <w:footerReference w:type="default" r:id="rId9"/>
          <w:pgSz w:w="11906" w:h="16838"/>
          <w:pgMar w:top="1701" w:right="1134" w:bottom="1134" w:left="1701" w:header="737" w:footer="737" w:gutter="0"/>
          <w:cols w:space="720"/>
          <w:docGrid w:linePitch="360"/>
        </w:sectPr>
      </w:pPr>
    </w:p>
    <w:p w14:paraId="506851DD" w14:textId="77777777" w:rsidR="00FD0831" w:rsidRPr="005017D2" w:rsidRDefault="00000000">
      <w:pPr>
        <w:pStyle w:val="Ttulo1"/>
        <w:rPr>
          <w:lang w:val="pt-BR"/>
        </w:rPr>
      </w:pPr>
      <w:bookmarkStart w:id="0" w:name="_Toc241827088"/>
      <w:r w:rsidRPr="005017D2">
        <w:rPr>
          <w:lang w:val="pt-BR"/>
        </w:rPr>
        <w:lastRenderedPageBreak/>
        <w:t>1 Introdução</w:t>
      </w:r>
      <w:bookmarkEnd w:id="0"/>
    </w:p>
    <w:p w14:paraId="4D19784E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Na introdução deve ser discutido o assunto do trabalho, mostrando o estado da arte do que está sendo abordado, em seguida apresentando o problema, finalizando com a explicação de que forma este trabalho se propõe a resolver este problema.</w:t>
      </w:r>
    </w:p>
    <w:p w14:paraId="65292D30" w14:textId="77777777" w:rsidR="00FD0831" w:rsidRPr="005017D2" w:rsidRDefault="00000000">
      <w:pPr>
        <w:pStyle w:val="Ttulo2"/>
        <w:rPr>
          <w:lang w:val="pt-BR"/>
        </w:rPr>
      </w:pPr>
      <w:bookmarkStart w:id="1" w:name="_Toc241827089"/>
      <w:r w:rsidRPr="005017D2">
        <w:rPr>
          <w:lang w:val="pt-BR"/>
        </w:rPr>
        <w:t>1.1 Motivações</w:t>
      </w:r>
      <w:bookmarkEnd w:id="1"/>
    </w:p>
    <w:p w14:paraId="77B77701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Inserir aqui as motivações do trabalho.</w:t>
      </w:r>
    </w:p>
    <w:p w14:paraId="545D6922" w14:textId="77777777" w:rsidR="00FD0831" w:rsidRPr="005017D2" w:rsidRDefault="00000000">
      <w:pPr>
        <w:pStyle w:val="Ttulo2"/>
        <w:rPr>
          <w:lang w:val="pt-BR"/>
        </w:rPr>
      </w:pPr>
      <w:bookmarkStart w:id="2" w:name="_Toc241827090"/>
      <w:r w:rsidRPr="005017D2">
        <w:rPr>
          <w:lang w:val="pt-BR"/>
        </w:rPr>
        <w:t>1.2 Justificativas</w:t>
      </w:r>
      <w:bookmarkEnd w:id="2"/>
    </w:p>
    <w:p w14:paraId="1E971C4A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Inserir aqui as justificativas do trabalho.</w:t>
      </w:r>
    </w:p>
    <w:p w14:paraId="2624FBAE" w14:textId="77777777" w:rsidR="00FD0831" w:rsidRPr="005017D2" w:rsidRDefault="00000000">
      <w:pPr>
        <w:pStyle w:val="Ttulo2"/>
        <w:rPr>
          <w:lang w:val="pt-BR"/>
        </w:rPr>
      </w:pPr>
      <w:bookmarkStart w:id="3" w:name="_Toc241827091"/>
      <w:r w:rsidRPr="005017D2">
        <w:rPr>
          <w:lang w:val="pt-BR"/>
        </w:rPr>
        <w:t>1.3 Objetivos</w:t>
      </w:r>
      <w:bookmarkEnd w:id="3"/>
    </w:p>
    <w:p w14:paraId="73D80FE9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Inserir aqui os objetivos do trabalho.</w:t>
      </w:r>
    </w:p>
    <w:p w14:paraId="42E74558" w14:textId="77777777" w:rsidR="00FD0831" w:rsidRPr="005017D2" w:rsidRDefault="00000000">
      <w:pPr>
        <w:pStyle w:val="Ttulo2"/>
        <w:rPr>
          <w:lang w:val="pt-BR"/>
        </w:rPr>
      </w:pPr>
      <w:bookmarkStart w:id="4" w:name="_Toc241827092"/>
      <w:r w:rsidRPr="005017D2">
        <w:rPr>
          <w:lang w:val="pt-BR"/>
        </w:rPr>
        <w:t>1.4 Organização da Monografia</w:t>
      </w:r>
      <w:bookmarkEnd w:id="4"/>
    </w:p>
    <w:p w14:paraId="3D5C29CB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Esta monografia está organizada da seguinte maneira: o Capítulo 1 mostra...</w:t>
      </w:r>
    </w:p>
    <w:p w14:paraId="13BC2F02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35642689" w14:textId="77777777" w:rsidR="00FD0831" w:rsidRPr="005017D2" w:rsidRDefault="00000000">
      <w:pPr>
        <w:pStyle w:val="Ttulo1"/>
        <w:rPr>
          <w:lang w:val="pt-BR"/>
        </w:rPr>
      </w:pPr>
      <w:bookmarkStart w:id="5" w:name="_Toc241827093"/>
      <w:r w:rsidRPr="005017D2">
        <w:rPr>
          <w:lang w:val="pt-BR"/>
        </w:rPr>
        <w:lastRenderedPageBreak/>
        <w:t>2 Revisão da Literatura</w:t>
      </w:r>
      <w:bookmarkEnd w:id="5"/>
    </w:p>
    <w:p w14:paraId="5E272232" w14:textId="77777777" w:rsidR="00FD0831" w:rsidRPr="005017D2" w:rsidRDefault="00000000">
      <w:pPr>
        <w:pStyle w:val="Ttulo2"/>
        <w:rPr>
          <w:lang w:val="pt-BR"/>
        </w:rPr>
      </w:pPr>
      <w:bookmarkStart w:id="6" w:name="_Toc241827094"/>
      <w:r w:rsidRPr="005017D2">
        <w:rPr>
          <w:lang w:val="pt-BR"/>
        </w:rPr>
        <w:t>2.1 Exemplo de Seção</w:t>
      </w:r>
      <w:bookmarkEnd w:id="6"/>
    </w:p>
    <w:p w14:paraId="1E57BC7F" w14:textId="77777777" w:rsidR="00FD0831" w:rsidRPr="005017D2" w:rsidRDefault="00000000">
      <w:pPr>
        <w:pStyle w:val="Ttulo3"/>
        <w:rPr>
          <w:lang w:val="pt-BR"/>
        </w:rPr>
      </w:pPr>
      <w:bookmarkStart w:id="7" w:name="_Toc241827095"/>
      <w:r w:rsidRPr="005017D2">
        <w:rPr>
          <w:lang w:val="pt-BR"/>
        </w:rPr>
        <w:t>2.1.1 Exemplo de Subseção</w:t>
      </w:r>
      <w:bookmarkEnd w:id="7"/>
    </w:p>
    <w:p w14:paraId="26E70FEE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Exemplo de referência bibliográfica (ARAGÃO et al., 2021).</w:t>
      </w:r>
    </w:p>
    <w:p w14:paraId="095AF55B" w14:textId="77777777" w:rsidR="00FD0831" w:rsidRPr="005017D2" w:rsidRDefault="00000000">
      <w:pPr>
        <w:pStyle w:val="Ttulo3"/>
        <w:rPr>
          <w:lang w:val="pt-BR"/>
        </w:rPr>
      </w:pPr>
      <w:bookmarkStart w:id="8" w:name="_Toc241827096"/>
      <w:r w:rsidRPr="005017D2">
        <w:rPr>
          <w:lang w:val="pt-BR"/>
        </w:rPr>
        <w:t>2.1.2 Outra Subseção</w:t>
      </w:r>
      <w:bookmarkEnd w:id="8"/>
    </w:p>
    <w:p w14:paraId="01835A03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Outro exemplo de referência bibliográfica (INCA, 2019).</w:t>
      </w:r>
    </w:p>
    <w:p w14:paraId="2720D02D" w14:textId="77777777" w:rsidR="00FD0831" w:rsidRPr="005017D2" w:rsidRDefault="00000000">
      <w:pPr>
        <w:pStyle w:val="CorpodoTexto"/>
        <w:ind w:firstLine="0"/>
        <w:jc w:val="both"/>
        <w:rPr>
          <w:lang w:val="pt-BR"/>
        </w:rPr>
      </w:pPr>
      <w:r w:rsidRPr="005017D2">
        <w:rPr>
          <w:lang w:val="pt-BR"/>
        </w:rPr>
        <w:t>Exemplo de itemização:</w:t>
      </w:r>
    </w:p>
    <w:p w14:paraId="30DF12D6" w14:textId="77777777" w:rsidR="00FD0831" w:rsidRPr="005017D2" w:rsidRDefault="00000000">
      <w:pPr>
        <w:ind w:left="709"/>
        <w:rPr>
          <w:lang w:val="pt-BR"/>
        </w:rPr>
      </w:pPr>
      <w:r w:rsidRPr="005017D2">
        <w:rPr>
          <w:lang w:val="pt-BR"/>
        </w:rPr>
        <w:t>a) primeiro item;</w:t>
      </w:r>
    </w:p>
    <w:p w14:paraId="78E25B77" w14:textId="77777777" w:rsidR="00FD0831" w:rsidRPr="005017D2" w:rsidRDefault="00000000">
      <w:pPr>
        <w:ind w:left="709"/>
        <w:rPr>
          <w:lang w:val="pt-BR"/>
        </w:rPr>
      </w:pPr>
      <w:r w:rsidRPr="005017D2">
        <w:rPr>
          <w:lang w:val="pt-BR"/>
        </w:rPr>
        <w:t>b) segundo item;</w:t>
      </w:r>
    </w:p>
    <w:p w14:paraId="1EDBE3E0" w14:textId="77777777" w:rsidR="00FD0831" w:rsidRPr="005017D2" w:rsidRDefault="00000000">
      <w:pPr>
        <w:ind w:left="709"/>
        <w:rPr>
          <w:lang w:val="pt-BR"/>
        </w:rPr>
      </w:pPr>
      <w:r w:rsidRPr="005017D2">
        <w:rPr>
          <w:lang w:val="pt-BR"/>
        </w:rPr>
        <w:t>c) terceiro item;</w:t>
      </w:r>
    </w:p>
    <w:p w14:paraId="74C1B900" w14:textId="77777777" w:rsidR="00FD0831" w:rsidRPr="005017D2" w:rsidRDefault="00000000">
      <w:pPr>
        <w:ind w:left="709"/>
        <w:rPr>
          <w:lang w:val="pt-BR"/>
        </w:rPr>
      </w:pPr>
      <w:r w:rsidRPr="005017D2">
        <w:rPr>
          <w:lang w:val="pt-BR"/>
        </w:rPr>
        <w:t>d) quarto item.</w:t>
      </w:r>
    </w:p>
    <w:p w14:paraId="46E330C8" w14:textId="77777777" w:rsidR="00FD0831" w:rsidRPr="005017D2" w:rsidRDefault="00000000">
      <w:pPr>
        <w:pStyle w:val="Ttulo3"/>
        <w:rPr>
          <w:lang w:val="pt-BR"/>
        </w:rPr>
      </w:pPr>
      <w:bookmarkStart w:id="9" w:name="_Toc241827097"/>
      <w:r w:rsidRPr="005017D2">
        <w:rPr>
          <w:lang w:val="pt-BR"/>
        </w:rPr>
        <w:t>2.1.3 Figuras</w:t>
      </w:r>
      <w:bookmarkEnd w:id="9"/>
    </w:p>
    <w:p w14:paraId="14D34532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Toda figura deve ser citada no texto e ao mesmo tempo ser autoexplicativa. Como por exemplo na Figura 1, que mostra o logo do IFSP. É aconselhável colocar a fonte da figura, quando não for o próprio autor, em uma referência.</w:t>
      </w:r>
    </w:p>
    <w:p w14:paraId="08124F28" w14:textId="77777777" w:rsidR="00FD0831" w:rsidRDefault="00000000">
      <w:pPr>
        <w:jc w:val="center"/>
      </w:pPr>
      <w:r>
        <w:rPr>
          <w:noProof/>
        </w:rPr>
        <w:drawing>
          <wp:inline distT="0" distB="0" distL="0" distR="0" wp14:anchorId="39FA73FD" wp14:editId="5840952A">
            <wp:extent cx="2592000" cy="9278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FS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92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369A7" w14:textId="77777777" w:rsidR="00FD0831" w:rsidRPr="005017D2" w:rsidRDefault="00000000">
      <w:pPr>
        <w:pStyle w:val="Legenda1"/>
        <w:jc w:val="center"/>
        <w:rPr>
          <w:lang w:val="pt-BR"/>
        </w:rPr>
      </w:pPr>
      <w:r w:rsidRPr="005017D2">
        <w:rPr>
          <w:lang w:val="pt-BR"/>
        </w:rPr>
        <w:t>Figura 1 – Logo do IFSP.</w:t>
      </w:r>
    </w:p>
    <w:p w14:paraId="03A90762" w14:textId="77777777" w:rsidR="00FD0831" w:rsidRPr="005017D2" w:rsidRDefault="00000000">
      <w:pPr>
        <w:pStyle w:val="Fonte"/>
        <w:rPr>
          <w:lang w:val="pt-BR"/>
        </w:rPr>
      </w:pPr>
      <w:r w:rsidRPr="005017D2">
        <w:rPr>
          <w:lang w:val="pt-BR"/>
        </w:rPr>
        <w:t>Fonte: ARAGÃO et al. (2021).</w:t>
      </w:r>
    </w:p>
    <w:p w14:paraId="068CFAAB" w14:textId="77777777" w:rsidR="00FD0831" w:rsidRPr="005017D2" w:rsidRDefault="00000000">
      <w:pPr>
        <w:pStyle w:val="Ttulo3"/>
        <w:rPr>
          <w:lang w:val="pt-BR"/>
        </w:rPr>
      </w:pPr>
      <w:bookmarkStart w:id="10" w:name="_Toc241827098"/>
      <w:r w:rsidRPr="005017D2">
        <w:rPr>
          <w:lang w:val="pt-BR"/>
        </w:rPr>
        <w:t>2.1.4 Tabelas</w:t>
      </w:r>
      <w:bookmarkEnd w:id="10"/>
    </w:p>
    <w:p w14:paraId="69793135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Análogo às figuras, toda tabela deve ser citada no texto e ao mesmo tempo ser autoexplicativa. Como por exemplo na Tabela 1. No Word, recomenda-se usar tabelas nativas e aplicar legendas para permitir referências cruzadas.</w:t>
      </w:r>
    </w:p>
    <w:p w14:paraId="6961BC35" w14:textId="77777777" w:rsidR="00FD0831" w:rsidRDefault="00000000">
      <w:pPr>
        <w:pStyle w:val="Legenda1"/>
        <w:jc w:val="center"/>
      </w:pPr>
      <w:r>
        <w:t>Tabela 1 – Tabela de exemplo.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D0831" w14:paraId="3708A226" w14:textId="77777777">
        <w:trPr>
          <w:tblHeader/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E240E" w14:textId="77777777" w:rsidR="00FD0831" w:rsidRDefault="00000000">
            <w:r>
              <w:rPr>
                <w:b/>
              </w:rPr>
              <w:t>Coluna 1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A0F05" w14:textId="77777777" w:rsidR="00FD0831" w:rsidRDefault="00000000">
            <w:r>
              <w:rPr>
                <w:b/>
              </w:rPr>
              <w:t>Coluna 2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EF5CD" w14:textId="77777777" w:rsidR="00FD0831" w:rsidRDefault="00000000">
            <w:r>
              <w:rPr>
                <w:b/>
              </w:rPr>
              <w:t>Coluna 3</w:t>
            </w:r>
          </w:p>
        </w:tc>
      </w:tr>
      <w:tr w:rsidR="00FD0831" w14:paraId="34005613" w14:textId="77777777">
        <w:trPr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15C20" w14:textId="77777777" w:rsidR="00FD0831" w:rsidRDefault="00000000">
            <w:r>
              <w:t>Texto A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82D0A" w14:textId="77777777" w:rsidR="00FD0831" w:rsidRDefault="00000000">
            <w:r>
              <w:t>Texto B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4A44F" w14:textId="77777777" w:rsidR="00FD0831" w:rsidRDefault="00000000">
            <w:r>
              <w:t>Texto C</w:t>
            </w:r>
          </w:p>
        </w:tc>
      </w:tr>
      <w:tr w:rsidR="00FD0831" w14:paraId="0564A5DC" w14:textId="77777777">
        <w:trPr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2D58C" w14:textId="77777777" w:rsidR="00FD0831" w:rsidRDefault="00000000">
            <w:r>
              <w:lastRenderedPageBreak/>
              <w:t>Texto D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709A3" w14:textId="77777777" w:rsidR="00FD0831" w:rsidRDefault="00000000">
            <w:r>
              <w:t>Texto E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9B1BF" w14:textId="77777777" w:rsidR="00FD0831" w:rsidRDefault="00000000">
            <w:r>
              <w:t>Texto F</w:t>
            </w:r>
          </w:p>
        </w:tc>
      </w:tr>
      <w:tr w:rsidR="00FD0831" w14:paraId="3830161C" w14:textId="77777777">
        <w:trPr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BA89D" w14:textId="77777777" w:rsidR="00FD0831" w:rsidRDefault="00000000">
            <w:r>
              <w:t>Texto G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051A5" w14:textId="77777777" w:rsidR="00FD0831" w:rsidRDefault="00000000">
            <w:r>
              <w:t>Texto H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91324" w14:textId="77777777" w:rsidR="00FD0831" w:rsidRDefault="00000000">
            <w:r>
              <w:t>Texto I</w:t>
            </w:r>
          </w:p>
        </w:tc>
      </w:tr>
      <w:tr w:rsidR="00FD0831" w14:paraId="23334DC6" w14:textId="77777777">
        <w:trPr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CF555" w14:textId="77777777" w:rsidR="00FD0831" w:rsidRDefault="00000000">
            <w:r>
              <w:t>Texto J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C8A74" w14:textId="77777777" w:rsidR="00FD0831" w:rsidRDefault="00000000">
            <w:r>
              <w:t>Texto K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87669" w14:textId="77777777" w:rsidR="00FD0831" w:rsidRDefault="00000000">
            <w:r>
              <w:t>Texto L</w:t>
            </w:r>
          </w:p>
        </w:tc>
      </w:tr>
      <w:tr w:rsidR="00FD0831" w14:paraId="7A136C3F" w14:textId="77777777">
        <w:trPr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5E2E" w14:textId="77777777" w:rsidR="00FD0831" w:rsidRDefault="00000000">
            <w:r>
              <w:t>Texto M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8B57F" w14:textId="77777777" w:rsidR="00FD0831" w:rsidRDefault="00000000">
            <w:r>
              <w:t>Texto N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7981E" w14:textId="77777777" w:rsidR="00FD0831" w:rsidRDefault="00000000">
            <w:r>
              <w:t>Texto O</w:t>
            </w:r>
          </w:p>
        </w:tc>
      </w:tr>
    </w:tbl>
    <w:p w14:paraId="562C9350" w14:textId="77777777" w:rsidR="00FD0831" w:rsidRDefault="00000000">
      <w:pPr>
        <w:pStyle w:val="Fonte"/>
      </w:pPr>
      <w:r>
        <w:t>Fonte: ARAGÃO et al. (2020).</w:t>
      </w:r>
    </w:p>
    <w:p w14:paraId="071C4998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Símbolos podem ser indicados em itálico, como os que mostram a densidade de corrente (J) e o campo elétrico (E). Letras do alfabeto grego podem ser inseridas por meio do recurso de símbolos. As equações podem ser criadas com o editor de equações do Word.</w:t>
      </w:r>
    </w:p>
    <w:p w14:paraId="6340046A" w14:textId="77777777" w:rsidR="00FD0831" w:rsidRPr="005017D2" w:rsidRDefault="00000000">
      <w:pPr>
        <w:jc w:val="center"/>
        <w:rPr>
          <w:lang w:val="pt-BR"/>
        </w:rPr>
      </w:pPr>
      <w:r>
        <w:rPr>
          <w:i/>
        </w:rPr>
        <w:t>σ</w:t>
      </w:r>
      <w:r w:rsidRPr="005017D2">
        <w:rPr>
          <w:i/>
          <w:lang w:val="pt-BR"/>
        </w:rPr>
        <w:t xml:space="preserve"> = E / J                                      (1)</w:t>
      </w:r>
    </w:p>
    <w:p w14:paraId="29F63931" w14:textId="77777777" w:rsidR="00FD0831" w:rsidRPr="005017D2" w:rsidRDefault="00000000">
      <w:pPr>
        <w:jc w:val="center"/>
        <w:rPr>
          <w:lang w:val="pt-BR"/>
        </w:rPr>
      </w:pPr>
      <w:r w:rsidRPr="005017D2">
        <w:rPr>
          <w:i/>
          <w:lang w:val="pt-BR"/>
        </w:rPr>
        <w:t xml:space="preserve">D = </w:t>
      </w:r>
      <w:r>
        <w:rPr>
          <w:i/>
        </w:rPr>
        <w:t>ε</w:t>
      </w:r>
      <w:r w:rsidRPr="005017D2">
        <w:rPr>
          <w:i/>
          <w:lang w:val="pt-BR"/>
        </w:rPr>
        <w:t>₀ E                                      (2)</w:t>
      </w:r>
    </w:p>
    <w:p w14:paraId="65FCC8BE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 xml:space="preserve">onde: </w:t>
      </w:r>
      <w:r>
        <w:t>ε</w:t>
      </w:r>
      <w:r w:rsidRPr="005017D2">
        <w:rPr>
          <w:lang w:val="pt-BR"/>
        </w:rPr>
        <w:t>₀ é a permissividade do vácuo (10⁻⁹/36</w:t>
      </w:r>
      <w:r>
        <w:t>π</w:t>
      </w:r>
      <w:r w:rsidRPr="005017D2">
        <w:rPr>
          <w:lang w:val="pt-BR"/>
        </w:rPr>
        <w:t xml:space="preserve"> F/m).</w:t>
      </w:r>
    </w:p>
    <w:p w14:paraId="2DAE06DA" w14:textId="77777777" w:rsidR="00FD0831" w:rsidRPr="005017D2" w:rsidRDefault="00000000">
      <w:pPr>
        <w:pStyle w:val="Citaolonga"/>
        <w:rPr>
          <w:lang w:val="pt-BR"/>
        </w:rPr>
      </w:pPr>
      <w:r w:rsidRPr="005017D2">
        <w:rPr>
          <w:lang w:val="pt-BR"/>
        </w:rPr>
        <w:t>“Este é um exemplo de citação com recuo. Este é um exemplo de citação com recuo. Este é um exemplo de citação com recuo (ARAGÃO et al., 2020).”</w:t>
      </w:r>
    </w:p>
    <w:p w14:paraId="0849AD45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0D88DBE7" w14:textId="77777777" w:rsidR="00FD0831" w:rsidRPr="005017D2" w:rsidRDefault="00000000">
      <w:pPr>
        <w:pStyle w:val="Ttulo1"/>
        <w:rPr>
          <w:lang w:val="pt-BR"/>
        </w:rPr>
      </w:pPr>
      <w:bookmarkStart w:id="11" w:name="_Toc241827099"/>
      <w:r w:rsidRPr="005017D2">
        <w:rPr>
          <w:lang w:val="pt-BR"/>
        </w:rPr>
        <w:lastRenderedPageBreak/>
        <w:t>3 Materiais e Métodos</w:t>
      </w:r>
      <w:bookmarkEnd w:id="11"/>
    </w:p>
    <w:p w14:paraId="5668EA5C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Materiais e Métodos.</w:t>
      </w:r>
    </w:p>
    <w:p w14:paraId="11F3A32B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4AC750A2" w14:textId="77777777" w:rsidR="00FD0831" w:rsidRPr="005017D2" w:rsidRDefault="00000000">
      <w:pPr>
        <w:pStyle w:val="Ttulo1"/>
        <w:rPr>
          <w:lang w:val="pt-BR"/>
        </w:rPr>
      </w:pPr>
      <w:bookmarkStart w:id="12" w:name="_Toc241827100"/>
      <w:r w:rsidRPr="005017D2">
        <w:rPr>
          <w:lang w:val="pt-BR"/>
        </w:rPr>
        <w:lastRenderedPageBreak/>
        <w:t>4 Resultados e Discussões</w:t>
      </w:r>
      <w:bookmarkEnd w:id="12"/>
    </w:p>
    <w:p w14:paraId="5B6D308A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Resultados e Discussões.</w:t>
      </w:r>
    </w:p>
    <w:p w14:paraId="06EC083C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2804A111" w14:textId="77777777" w:rsidR="00FD0831" w:rsidRPr="005017D2" w:rsidRDefault="00000000">
      <w:pPr>
        <w:pStyle w:val="Ttulo1"/>
        <w:rPr>
          <w:lang w:val="pt-BR"/>
        </w:rPr>
      </w:pPr>
      <w:bookmarkStart w:id="13" w:name="_Toc241827101"/>
      <w:r w:rsidRPr="005017D2">
        <w:rPr>
          <w:lang w:val="pt-BR"/>
        </w:rPr>
        <w:lastRenderedPageBreak/>
        <w:t>5 Conclusões e Sugestões de Trabalhos Futuros</w:t>
      </w:r>
      <w:bookmarkEnd w:id="13"/>
    </w:p>
    <w:p w14:paraId="54A3D6A7" w14:textId="77777777" w:rsidR="00FD0831" w:rsidRPr="005017D2" w:rsidRDefault="00000000">
      <w:pPr>
        <w:pStyle w:val="Ttulo2"/>
        <w:rPr>
          <w:lang w:val="pt-BR"/>
        </w:rPr>
      </w:pPr>
      <w:bookmarkStart w:id="14" w:name="_Toc241827102"/>
      <w:r w:rsidRPr="005017D2">
        <w:rPr>
          <w:lang w:val="pt-BR"/>
        </w:rPr>
        <w:t>5.1 Conclusão</w:t>
      </w:r>
      <w:bookmarkEnd w:id="14"/>
    </w:p>
    <w:p w14:paraId="2C6E9777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Neste trabalho...</w:t>
      </w:r>
    </w:p>
    <w:p w14:paraId="29B57F0F" w14:textId="77777777" w:rsidR="00FD0831" w:rsidRPr="005017D2" w:rsidRDefault="00000000">
      <w:pPr>
        <w:pStyle w:val="Ttulo2"/>
        <w:rPr>
          <w:lang w:val="pt-BR"/>
        </w:rPr>
      </w:pPr>
      <w:bookmarkStart w:id="15" w:name="_Toc241827103"/>
      <w:r w:rsidRPr="005017D2">
        <w:rPr>
          <w:lang w:val="pt-BR"/>
        </w:rPr>
        <w:t>5.2 Sugestões de Trabalhos Futuros</w:t>
      </w:r>
      <w:bookmarkEnd w:id="15"/>
    </w:p>
    <w:p w14:paraId="32D81939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Inserir aqui as sugestões de trabalhos futuros.</w:t>
      </w:r>
    </w:p>
    <w:p w14:paraId="274C7115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3A9AF025" w14:textId="77777777" w:rsidR="00FD0831" w:rsidRPr="005017D2" w:rsidRDefault="00000000">
      <w:pPr>
        <w:pStyle w:val="Ttulo1"/>
        <w:rPr>
          <w:lang w:val="pt-BR"/>
        </w:rPr>
      </w:pPr>
      <w:bookmarkStart w:id="16" w:name="_Toc241827104"/>
      <w:r w:rsidRPr="005017D2">
        <w:rPr>
          <w:lang w:val="pt-BR"/>
        </w:rPr>
        <w:lastRenderedPageBreak/>
        <w:t>Referências Bibliográficas</w:t>
      </w:r>
      <w:bookmarkEnd w:id="16"/>
    </w:p>
    <w:p w14:paraId="64FB9A26" w14:textId="77777777" w:rsidR="00FD0831" w:rsidRDefault="00000000">
      <w:pPr>
        <w:spacing w:after="240" w:line="240" w:lineRule="auto"/>
        <w:ind w:left="567" w:hanging="567"/>
      </w:pPr>
      <w:r w:rsidRPr="005017D2">
        <w:rPr>
          <w:lang w:val="pt-BR"/>
        </w:rPr>
        <w:t xml:space="preserve">ARAGÃO, Alexandre de Jesus; CARVALHO, Dionisio de; SANCHES, Bruno; VAN NOIJE, Wilhelmus A. M. An improved confocal algorithm for breast cancer detection using UWB signals. </w:t>
      </w:r>
      <w:r>
        <w:t>In: 2020 IEEE 11th Latin American Symposium on Circuits and Systems (LASCAS). San Jose: IEEE, 2020. p. 2–5. DOI: 10.1109/LASCAS45839.2020.9069034.</w:t>
      </w:r>
    </w:p>
    <w:p w14:paraId="2355946D" w14:textId="77777777" w:rsidR="00FD0831" w:rsidRDefault="00000000">
      <w:pPr>
        <w:spacing w:after="240" w:line="240" w:lineRule="auto"/>
        <w:ind w:left="567" w:hanging="567"/>
      </w:pPr>
      <w:r>
        <w:t>ARAGÃO, Alexandre de Jesus; CARVALHO, Dionisio; VAN NOIJE, Wilhelmus A. M. A firmware platform for breast cancer microwave imaging. In: 2021 IEEE 5th Ecuador Technical Chapters Meeting (ETCM). Cuenca: IEEE, 2021.</w:t>
      </w:r>
    </w:p>
    <w:p w14:paraId="252BCD4D" w14:textId="77777777" w:rsidR="00FD0831" w:rsidRPr="005017D2" w:rsidRDefault="00000000">
      <w:pPr>
        <w:spacing w:after="240" w:line="240" w:lineRule="auto"/>
        <w:ind w:left="567" w:hanging="567"/>
        <w:rPr>
          <w:lang w:val="pt-BR"/>
        </w:rPr>
      </w:pPr>
      <w:r>
        <w:t xml:space="preserve">ARAGÃO, Alexandre de Jesus; SANCHES, Bruno; CARVALHO, Dionisio de; VAN NOIJE, Wilhelmus A. M. Low-cost portable system prototype for breast cancer detection using UWB signals. In: 2020 IEEE 13th International Congress on Image and Signal Processing, BioMedical Engineering and Informatics (CISP-BMEI). </w:t>
      </w:r>
      <w:r w:rsidRPr="005017D2">
        <w:rPr>
          <w:lang w:val="pt-BR"/>
        </w:rPr>
        <w:t>Chengdu: IEEE, 2020. p. 715–720. DOI: 10.1109/CISP-BMEI51763.2020.9263688.</w:t>
      </w:r>
    </w:p>
    <w:p w14:paraId="1C6FC330" w14:textId="77777777" w:rsidR="00FD0831" w:rsidRPr="005017D2" w:rsidRDefault="00000000">
      <w:pPr>
        <w:spacing w:after="240" w:line="240" w:lineRule="auto"/>
        <w:ind w:left="567" w:hanging="567"/>
        <w:rPr>
          <w:lang w:val="pt-BR"/>
        </w:rPr>
      </w:pPr>
      <w:r w:rsidRPr="005017D2">
        <w:rPr>
          <w:lang w:val="pt-BR"/>
        </w:rPr>
        <w:t>INCA. A situação do câncer de mama no Brasil: síntese de dados dos sistemas de informação. Rio de Janeiro: Instituto Nacional de Câncer José Alencar Gomes da Silva, 2019. 85 p.</w:t>
      </w:r>
    </w:p>
    <w:p w14:paraId="069FD578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3CCD0594" w14:textId="77777777" w:rsidR="00FD0831" w:rsidRPr="005017D2" w:rsidRDefault="00000000">
      <w:pPr>
        <w:pStyle w:val="Ttulo1"/>
        <w:rPr>
          <w:lang w:val="pt-BR"/>
        </w:rPr>
      </w:pPr>
      <w:bookmarkStart w:id="17" w:name="_Toc241827105"/>
      <w:r w:rsidRPr="005017D2">
        <w:rPr>
          <w:lang w:val="pt-BR"/>
        </w:rPr>
        <w:lastRenderedPageBreak/>
        <w:t>APÊNDICE A – Funções Utilizadas no Cálculo</w:t>
      </w:r>
      <w:bookmarkEnd w:id="17"/>
    </w:p>
    <w:p w14:paraId="205BE652" w14:textId="77777777" w:rsidR="00FD0831" w:rsidRPr="005017D2" w:rsidRDefault="00000000">
      <w:pPr>
        <w:pStyle w:val="CorpodoTexto"/>
        <w:jc w:val="both"/>
        <w:rPr>
          <w:lang w:val="pt-BR"/>
        </w:rPr>
      </w:pPr>
      <w:r w:rsidRPr="005017D2">
        <w:rPr>
          <w:lang w:val="pt-BR"/>
        </w:rPr>
        <w:t>Este apêndice mostra um exemplo de como inserir um código do MATLAB® desenvolvido no trabalho como apêndice de exemplo.</w:t>
      </w:r>
    </w:p>
    <w:p w14:paraId="009F8C51" w14:textId="77777777" w:rsidR="00FD0831" w:rsidRPr="005017D2" w:rsidRDefault="00000000">
      <w:pPr>
        <w:pStyle w:val="Ttulo2"/>
        <w:rPr>
          <w:lang w:val="pt-BR"/>
        </w:rPr>
      </w:pPr>
      <w:bookmarkStart w:id="18" w:name="_Toc241827106"/>
      <w:r w:rsidRPr="005017D2">
        <w:rPr>
          <w:lang w:val="pt-BR"/>
        </w:rPr>
        <w:t>A.1 Cálculo da Resposta em Frequência</w:t>
      </w:r>
      <w:bookmarkEnd w:id="18"/>
    </w:p>
    <w:p w14:paraId="03D6BF92" w14:textId="77777777" w:rsidR="00FD0831" w:rsidRPr="005017D2" w:rsidRDefault="00000000">
      <w:pPr>
        <w:pStyle w:val="Cdigo"/>
        <w:rPr>
          <w:lang w:val="fr-FR"/>
        </w:rPr>
      </w:pPr>
      <w:r w:rsidRPr="005017D2">
        <w:rPr>
          <w:lang w:val="fr-FR"/>
        </w:rPr>
        <w:t>function [F,Y,YM,YF] = f_respfreq(y,x)</w:t>
      </w:r>
    </w:p>
    <w:p w14:paraId="607FE3BC" w14:textId="77777777" w:rsidR="00FD0831" w:rsidRPr="005017D2" w:rsidRDefault="00000000">
      <w:pPr>
        <w:pStyle w:val="Cdigo"/>
        <w:rPr>
          <w:lang w:val="pt-BR"/>
        </w:rPr>
      </w:pPr>
      <w:r w:rsidRPr="005017D2">
        <w:rPr>
          <w:lang w:val="pt-BR"/>
        </w:rPr>
        <w:t>%[freq,resposta,modulo,fase] = f_respfreq(Eixo Potencia,Eixo Tempo)</w:t>
      </w:r>
    </w:p>
    <w:p w14:paraId="25508244" w14:textId="77777777" w:rsidR="00FD0831" w:rsidRPr="005017D2" w:rsidRDefault="00000000">
      <w:pPr>
        <w:pStyle w:val="Cdigo"/>
        <w:rPr>
          <w:lang w:val="pt-BR"/>
        </w:rPr>
      </w:pPr>
      <w:r w:rsidRPr="005017D2">
        <w:rPr>
          <w:lang w:val="pt-BR"/>
        </w:rPr>
        <w:t xml:space="preserve">Amostras        = 2^nextpow2(length(x)); %Ajusta o tamanho da amostra </w:t>
      </w:r>
    </w:p>
    <w:p w14:paraId="1CA23290" w14:textId="77777777" w:rsidR="00FD0831" w:rsidRPr="005017D2" w:rsidRDefault="00000000">
      <w:pPr>
        <w:pStyle w:val="Cdigo"/>
        <w:rPr>
          <w:lang w:val="pt-BR"/>
        </w:rPr>
      </w:pPr>
      <w:r w:rsidRPr="005017D2">
        <w:rPr>
          <w:lang w:val="pt-BR"/>
        </w:rPr>
        <w:t>FAmostragem     = length(x)/max(x);      %Calcula a Freq. de Amostragem</w:t>
      </w:r>
    </w:p>
    <w:p w14:paraId="157A7936" w14:textId="77777777" w:rsidR="00FD0831" w:rsidRPr="005017D2" w:rsidRDefault="00000000">
      <w:pPr>
        <w:pStyle w:val="Cdigo"/>
        <w:rPr>
          <w:lang w:val="pt-BR"/>
        </w:rPr>
      </w:pPr>
      <w:r w:rsidRPr="005017D2">
        <w:rPr>
          <w:lang w:val="pt-BR"/>
        </w:rPr>
        <w:t>%% CALCULA A FFT%%%%%%%%%%%%%%%%%%%%%%%%%%%%%%%%%%%%%%%%%%%%%%%%%%%%%%%</w:t>
      </w:r>
    </w:p>
    <w:p w14:paraId="1688B741" w14:textId="77777777" w:rsidR="00FD0831" w:rsidRPr="005017D2" w:rsidRDefault="00000000">
      <w:pPr>
        <w:pStyle w:val="Cdigo"/>
        <w:rPr>
          <w:lang w:val="pt-BR"/>
        </w:rPr>
      </w:pPr>
      <w:r w:rsidRPr="005017D2">
        <w:rPr>
          <w:lang w:val="pt-BR"/>
        </w:rPr>
        <w:t>Y   = fft(y,Amostras)/length(x);</w:t>
      </w:r>
    </w:p>
    <w:p w14:paraId="15EAF9A7" w14:textId="77777777" w:rsidR="00FD0831" w:rsidRPr="005017D2" w:rsidRDefault="00000000">
      <w:pPr>
        <w:pStyle w:val="Cdigo"/>
        <w:rPr>
          <w:lang w:val="pt-BR"/>
        </w:rPr>
      </w:pPr>
      <w:r w:rsidRPr="005017D2">
        <w:rPr>
          <w:lang w:val="pt-BR"/>
        </w:rPr>
        <w:t>Y   = Y(1:Amostras/2+1);</w:t>
      </w:r>
    </w:p>
    <w:p w14:paraId="7278489E" w14:textId="77777777" w:rsidR="00FD0831" w:rsidRPr="005017D2" w:rsidRDefault="00000000">
      <w:pPr>
        <w:pStyle w:val="Cdigo"/>
        <w:rPr>
          <w:lang w:val="pt-BR"/>
        </w:rPr>
      </w:pPr>
      <w:r w:rsidRPr="005017D2">
        <w:rPr>
          <w:lang w:val="pt-BR"/>
        </w:rPr>
        <w:t>F   = FAmostragem/2*linspace(0,1,Amostras/2+1);</w:t>
      </w:r>
    </w:p>
    <w:p w14:paraId="0B86C425" w14:textId="77777777" w:rsidR="00FD0831" w:rsidRPr="005017D2" w:rsidRDefault="00000000">
      <w:pPr>
        <w:pStyle w:val="Cdigo"/>
        <w:rPr>
          <w:lang w:val="fr-FR"/>
        </w:rPr>
      </w:pPr>
      <w:r w:rsidRPr="005017D2">
        <w:rPr>
          <w:lang w:val="fr-FR"/>
        </w:rPr>
        <w:t>YM  = abs(Y);</w:t>
      </w:r>
    </w:p>
    <w:p w14:paraId="4C1F84E6" w14:textId="77777777" w:rsidR="00FD0831" w:rsidRPr="005017D2" w:rsidRDefault="00000000">
      <w:pPr>
        <w:pStyle w:val="Cdigo"/>
        <w:rPr>
          <w:lang w:val="fr-FR"/>
        </w:rPr>
      </w:pPr>
      <w:r w:rsidRPr="005017D2">
        <w:rPr>
          <w:lang w:val="fr-FR"/>
        </w:rPr>
        <w:t>YF  = angle(Y);</w:t>
      </w:r>
    </w:p>
    <w:p w14:paraId="703A5401" w14:textId="77777777" w:rsidR="00FD0831" w:rsidRPr="005017D2" w:rsidRDefault="00000000">
      <w:pPr>
        <w:pStyle w:val="Cdigo"/>
        <w:rPr>
          <w:lang w:val="pt-BR"/>
        </w:rPr>
      </w:pPr>
      <w:r w:rsidRPr="005017D2">
        <w:rPr>
          <w:lang w:val="pt-BR"/>
        </w:rPr>
        <w:t>end</w:t>
      </w:r>
    </w:p>
    <w:p w14:paraId="08B58C26" w14:textId="77777777" w:rsidR="00FD0831" w:rsidRPr="005017D2" w:rsidRDefault="00000000">
      <w:pPr>
        <w:rPr>
          <w:lang w:val="pt-BR"/>
        </w:rPr>
      </w:pPr>
      <w:r w:rsidRPr="005017D2">
        <w:rPr>
          <w:lang w:val="pt-BR"/>
        </w:rPr>
        <w:br w:type="page"/>
      </w:r>
    </w:p>
    <w:p w14:paraId="37CE42EE" w14:textId="77777777" w:rsidR="00FD0831" w:rsidRPr="005017D2" w:rsidRDefault="00000000">
      <w:pPr>
        <w:spacing w:after="360"/>
        <w:jc w:val="center"/>
        <w:rPr>
          <w:lang w:val="pt-BR"/>
        </w:rPr>
      </w:pPr>
      <w:r w:rsidRPr="005017D2">
        <w:rPr>
          <w:b/>
          <w:sz w:val="36"/>
          <w:lang w:val="pt-BR"/>
        </w:rPr>
        <w:lastRenderedPageBreak/>
        <w:t>Como utilizar este modelo no Word</w:t>
      </w:r>
    </w:p>
    <w:p w14:paraId="7EEA75FB" w14:textId="77777777" w:rsidR="00FD0831" w:rsidRPr="005017D2" w:rsidRDefault="00000000">
      <w:pPr>
        <w:pStyle w:val="CorpodoTexto"/>
        <w:ind w:firstLine="0"/>
        <w:jc w:val="both"/>
        <w:rPr>
          <w:lang w:val="pt-BR"/>
        </w:rPr>
      </w:pPr>
      <w:r w:rsidRPr="005017D2">
        <w:rPr>
          <w:lang w:val="pt-BR"/>
        </w:rPr>
        <w:t>1. Substitua os textos de exemplo da capa e da folha de rosto pelos dados do trabalho.</w:t>
      </w:r>
    </w:p>
    <w:p w14:paraId="03BD1001" w14:textId="77777777" w:rsidR="00FD0831" w:rsidRPr="005017D2" w:rsidRDefault="00000000">
      <w:pPr>
        <w:pStyle w:val="CorpodoTexto"/>
        <w:ind w:firstLine="0"/>
        <w:jc w:val="both"/>
        <w:rPr>
          <w:lang w:val="pt-BR"/>
        </w:rPr>
      </w:pPr>
      <w:r>
        <w:t xml:space="preserve">2. Use os estilos “Heading 1”, “Heading 2”, “Heading 3” e “Heading 4” para títulos. </w:t>
      </w:r>
      <w:r w:rsidRPr="005017D2">
        <w:rPr>
          <w:lang w:val="pt-BR"/>
        </w:rPr>
        <w:t>Isso permite gerar e atualizar o sumário automaticamente.</w:t>
      </w:r>
    </w:p>
    <w:p w14:paraId="071BA68C" w14:textId="77777777" w:rsidR="00FD0831" w:rsidRPr="005017D2" w:rsidRDefault="00000000">
      <w:pPr>
        <w:pStyle w:val="CorpodoTexto"/>
        <w:ind w:firstLine="0"/>
        <w:jc w:val="both"/>
        <w:rPr>
          <w:lang w:val="pt-BR"/>
        </w:rPr>
      </w:pPr>
      <w:r w:rsidRPr="005017D2">
        <w:rPr>
          <w:lang w:val="pt-BR"/>
        </w:rPr>
        <w:t>3. Para atualizar o sumário: clique sobre ele com o botão direito e escolha “Atualizar Campo” (ou pressione Ctrl+A e depois F9).</w:t>
      </w:r>
    </w:p>
    <w:p w14:paraId="4AD0F478" w14:textId="77777777" w:rsidR="00FD0831" w:rsidRPr="005017D2" w:rsidRDefault="00000000">
      <w:pPr>
        <w:pStyle w:val="CorpodoTexto"/>
        <w:ind w:firstLine="0"/>
        <w:jc w:val="both"/>
        <w:rPr>
          <w:lang w:val="pt-BR"/>
        </w:rPr>
      </w:pPr>
      <w:r w:rsidRPr="005017D2">
        <w:rPr>
          <w:lang w:val="pt-BR"/>
        </w:rPr>
        <w:t>4. Para figuras e tabelas, use Referências &gt; Inserir legenda. Para citar uma figura/tabela no texto, use Referências &gt; Referência cruzada.</w:t>
      </w:r>
    </w:p>
    <w:p w14:paraId="4D3F6E7E" w14:textId="77777777" w:rsidR="00FD0831" w:rsidRPr="005017D2" w:rsidRDefault="00000000">
      <w:pPr>
        <w:pStyle w:val="CorpodoTexto"/>
        <w:ind w:firstLine="0"/>
        <w:jc w:val="both"/>
        <w:rPr>
          <w:lang w:val="pt-BR"/>
        </w:rPr>
      </w:pPr>
      <w:r w:rsidRPr="005017D2">
        <w:rPr>
          <w:lang w:val="pt-BR"/>
        </w:rPr>
        <w:t>5. O documento está configurado em A4, com margens de 3 cm (superior e esquerda) e 2 cm (inferior e direita), fonte Times New Roman 12 e espaçamento 1,5 no corpo do texto.</w:t>
      </w:r>
    </w:p>
    <w:p w14:paraId="157EBBE1" w14:textId="77777777" w:rsidR="00FD0831" w:rsidRPr="005017D2" w:rsidRDefault="00000000">
      <w:pPr>
        <w:pStyle w:val="CorpodoTexto"/>
        <w:ind w:firstLine="0"/>
        <w:jc w:val="both"/>
        <w:rPr>
          <w:lang w:val="pt-BR"/>
        </w:rPr>
      </w:pPr>
      <w:r w:rsidRPr="005017D2">
        <w:rPr>
          <w:lang w:val="pt-BR"/>
        </w:rPr>
        <w:t>6. A lista de figuras e a lista de tabelas deste arquivo reproduzem os exemplos do modelo LaTeX. Em trabalhos reais, recomenda-se gerar essas listas automaticamente no Word a partir das legendas.</w:t>
      </w:r>
    </w:p>
    <w:sectPr w:rsidR="00FD0831" w:rsidRPr="005017D2" w:rsidSect="00034616">
      <w:headerReference w:type="default" r:id="rId11"/>
      <w:footerReference w:type="default" r:id="rId12"/>
      <w:pgSz w:w="11906" w:h="16838"/>
      <w:pgMar w:top="1701" w:right="1134" w:bottom="1134" w:left="1701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7128D" w14:textId="77777777" w:rsidR="004E64EF" w:rsidRDefault="004E64EF">
      <w:pPr>
        <w:spacing w:line="240" w:lineRule="auto"/>
      </w:pPr>
      <w:r>
        <w:separator/>
      </w:r>
    </w:p>
  </w:endnote>
  <w:endnote w:type="continuationSeparator" w:id="0">
    <w:p w14:paraId="2D84A16E" w14:textId="77777777" w:rsidR="004E64EF" w:rsidRDefault="004E64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6DDC9" w14:textId="77777777" w:rsidR="00FD0831" w:rsidRDefault="00FD083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09495" w14:textId="77777777" w:rsidR="00FD0831" w:rsidRDefault="00FD083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41E73" w14:textId="77777777" w:rsidR="004E64EF" w:rsidRDefault="004E64EF">
      <w:pPr>
        <w:spacing w:line="240" w:lineRule="auto"/>
      </w:pPr>
      <w:r>
        <w:separator/>
      </w:r>
    </w:p>
  </w:footnote>
  <w:footnote w:type="continuationSeparator" w:id="0">
    <w:p w14:paraId="180632D7" w14:textId="77777777" w:rsidR="004E64EF" w:rsidRDefault="004E64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83655" w14:textId="77777777" w:rsidR="00FD0831" w:rsidRDefault="00FD083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0407" w14:textId="77777777" w:rsidR="00FD0831" w:rsidRDefault="00000000">
    <w:pPr>
      <w:pStyle w:val="Cabealho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1998300">
    <w:abstractNumId w:val="8"/>
  </w:num>
  <w:num w:numId="2" w16cid:durableId="193228046">
    <w:abstractNumId w:val="6"/>
  </w:num>
  <w:num w:numId="3" w16cid:durableId="1018892247">
    <w:abstractNumId w:val="5"/>
  </w:num>
  <w:num w:numId="4" w16cid:durableId="414791307">
    <w:abstractNumId w:val="4"/>
  </w:num>
  <w:num w:numId="5" w16cid:durableId="991758096">
    <w:abstractNumId w:val="7"/>
  </w:num>
  <w:num w:numId="6" w16cid:durableId="996417553">
    <w:abstractNumId w:val="3"/>
  </w:num>
  <w:num w:numId="7" w16cid:durableId="305814921">
    <w:abstractNumId w:val="2"/>
  </w:num>
  <w:num w:numId="8" w16cid:durableId="247274003">
    <w:abstractNumId w:val="1"/>
  </w:num>
  <w:num w:numId="9" w16cid:durableId="1629895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64EF"/>
    <w:rsid w:val="005017D2"/>
    <w:rsid w:val="00A43FEC"/>
    <w:rsid w:val="00AA1D8D"/>
    <w:rsid w:val="00B47730"/>
    <w:rsid w:val="00CB0664"/>
    <w:rsid w:val="00FC693F"/>
    <w:rsid w:val="00FD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456B35"/>
  <w14:defaultImageDpi w14:val="300"/>
  <w15:docId w15:val="{658E5653-7E87-42E0-870D-D6ECB4AE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rpodoTexto">
    <w:name w:val="Corpo do Texto"/>
    <w:pPr>
      <w:spacing w:after="0" w:line="360" w:lineRule="auto"/>
      <w:ind w:firstLine="709"/>
    </w:pPr>
    <w:rPr>
      <w:rFonts w:ascii="Times New Roman" w:hAnsi="Times New Roman"/>
      <w:sz w:val="24"/>
    </w:rPr>
  </w:style>
  <w:style w:type="paragraph" w:customStyle="1" w:styleId="Legenda1">
    <w:name w:val="Legenda1"/>
    <w:pPr>
      <w:spacing w:line="240" w:lineRule="auto"/>
    </w:pPr>
    <w:rPr>
      <w:rFonts w:ascii="Times New Roman" w:hAnsi="Times New Roman"/>
      <w:sz w:val="20"/>
    </w:rPr>
  </w:style>
  <w:style w:type="paragraph" w:customStyle="1" w:styleId="Fonte">
    <w:name w:val="Fonte"/>
    <w:pPr>
      <w:spacing w:line="240" w:lineRule="auto"/>
    </w:pPr>
    <w:rPr>
      <w:rFonts w:ascii="Times New Roman" w:hAnsi="Times New Roman"/>
      <w:sz w:val="18"/>
    </w:rPr>
  </w:style>
  <w:style w:type="paragraph" w:customStyle="1" w:styleId="Citaolonga">
    <w:name w:val="Citação longa"/>
    <w:pPr>
      <w:spacing w:line="240" w:lineRule="auto"/>
      <w:ind w:left="2268"/>
    </w:pPr>
    <w:rPr>
      <w:rFonts w:ascii="Times New Roman" w:hAnsi="Times New Roman"/>
      <w:sz w:val="20"/>
    </w:rPr>
  </w:style>
  <w:style w:type="paragraph" w:customStyle="1" w:styleId="Cdigo">
    <w:name w:val="Código"/>
    <w:pPr>
      <w:spacing w:after="0" w:line="240" w:lineRule="auto"/>
    </w:pPr>
    <w:rPr>
      <w:rFonts w:ascii="Courier New" w:hAnsi="Courier New"/>
      <w:sz w:val="16"/>
    </w:rPr>
  </w:style>
  <w:style w:type="paragraph" w:styleId="Sumrio1">
    <w:name w:val="toc 1"/>
    <w:basedOn w:val="Normal"/>
    <w:next w:val="Normal"/>
    <w:autoRedefine/>
    <w:uiPriority w:val="39"/>
    <w:unhideWhenUsed/>
    <w:rsid w:val="005017D2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5017D2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5017D2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5017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1292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TCC IFSP – versão Word</dc:title>
  <dc:subject>Modelo editável de monografia/PFC convertido do LaTeX</dc:subject>
  <dc:creator>IFSP</dc:creator>
  <cp:keywords/>
  <dc:description>generated by python-docx</dc:description>
  <cp:lastModifiedBy>ALEXANDRE B CAMPO</cp:lastModifiedBy>
  <cp:revision>2</cp:revision>
  <dcterms:created xsi:type="dcterms:W3CDTF">2013-12-23T23:15:00Z</dcterms:created>
  <dcterms:modified xsi:type="dcterms:W3CDTF">2026-10-02T12:52:00Z</dcterms:modified>
  <cp:category/>
</cp:coreProperties>
</file>